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 w:eastAsia="Arial"/>
          <w:b/>
          <w:i w:val="0"/>
          <w:color w:val="6B7785"/>
          <w:sz w:val="12"/>
        </w:rPr>
        <w:t>WYPEŁNIAĆ DUŻYMI, DRUKOWANYMI LITERAMI, CZARNYM LUB NIEBIESKIM KOLOREM.</w:t>
      </w:r>
    </w:p>
    <w:p>
      <w:pPr>
        <w:spacing w:after="0"/>
      </w:pPr>
      <w:r>
        <w:rPr>
          <w:rFonts w:ascii="Arial" w:hAnsi="Arial" w:eastAsia="Arial"/>
          <w:b/>
          <w:i w:val="0"/>
          <w:color w:val="C98A1A"/>
          <w:sz w:val="14"/>
        </w:rPr>
        <w:t>1. Identyfikator podatkowy NIP / numer PESEL (niepotrzebne skreślić) podatnika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rPr>
          <w:trHeight w:val="295" w:hRule="exact"/>
        </w:trPr>
        <w:tc>
          <w:tcPr>
            <w:tcW w:type="dxa" w:w="10658"/>
            <w:shd w:fill="FBF8F3"/>
            <w:tcMar>
              <w:top w:w="40" w:type="dxa"/>
              <w:start w:w="55" w:type="dxa"/>
              <w:bottom w:w="40" w:type="dxa"/>
              <w:end w:w="5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</w:tcPr>
          <w:p/>
        </w:tc>
      </w:tr>
    </w:tbl>
    <w:p>
      <w:pPr>
        <w:spacing w:after="0"/>
        <w:jc w:val="center"/>
      </w:pPr>
      <w:r>
        <w:rPr>
          <w:rFonts w:ascii="Garamond" w:hAnsi="Garamond" w:eastAsia="Garamond"/>
          <w:b/>
          <w:i w:val="0"/>
          <w:color w:val="0B2D4F"/>
          <w:sz w:val="29"/>
        </w:rPr>
        <w:t>PIT-2</w:t>
      </w:r>
    </w:p>
    <w:p>
      <w:pPr>
        <w:spacing w:after="80"/>
        <w:jc w:val="center"/>
      </w:pPr>
      <w:r>
        <w:rPr>
          <w:rFonts w:ascii="Arial" w:hAnsi="Arial" w:eastAsia="Arial"/>
          <w:b/>
          <w:i w:val="0"/>
          <w:color w:val="24364B"/>
          <w:sz w:val="16"/>
        </w:rPr>
        <w:t>OŚWIADCZENIA / WNIOSKI podatnika</w:t>
        <w:br/>
        <w:t xml:space="preserve"> dla celów obliczania miesięcznych zaliczek na podatek dochodowy od osób fizycznych¹)</w:t>
      </w:r>
    </w:p>
    <w:p>
      <w:pPr>
        <w:spacing w:after="40"/>
        <w:jc w:val="right"/>
      </w:pPr>
      <w:r>
        <w:rPr>
          <w:rFonts w:ascii="Arial" w:hAnsi="Arial" w:eastAsia="Arial"/>
          <w:b/>
          <w:i w:val="0"/>
          <w:color w:val="6B7785"/>
          <w:sz w:val="13"/>
        </w:rPr>
        <w:t>PIT-2(9)  •  str. 1/3</w:t>
      </w:r>
    </w:p>
    <w:p>
      <w:pPr>
        <w:spacing w:after="4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3"/>
        </w:rPr>
        <w:t>Podatnik wypełnia tylko te części, w zakresie których składa oświadczenie lub wniosek. Oświadczenia lub wnioski składa się poprzez zaznaczenie właściwego (-ych) kwadratu (-ów), a w części E w poz. 10 dodatkowo poprzez skreślenie niewłaściwej treści w pkt 1 albo 2, oraz złożenie podpisu w części K.</w:t>
      </w:r>
    </w:p>
    <w:p>
      <w:pPr>
        <w:spacing w:after="4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2"/>
        </w:rPr>
        <w:t>Podstawa prawna: Art. 31a ust. 2 ustawy z dnia 26 lipca 1991 r. o podatku dochodowym od osób fizycznych (Dz. U. z 2021 r. poz. 1128, z późn. zm.), zwanej dalej „ustawą”.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0B2D4F"/>
            <w:tcMar>
              <w:top w:w="35" w:type="dxa"/>
              <w:start w:w="50" w:type="dxa"/>
              <w:bottom w:w="35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A. DANE IDENTYFIKACYJNE PODATNIKA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3"/>
        <w:gridCol w:w="3553"/>
        <w:gridCol w:w="3553"/>
      </w:tblGrid>
      <w:tr>
        <w:tc>
          <w:tcPr>
            <w:tcW w:type="dxa" w:w="3553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C98A1A"/>
                <w:sz w:val="13"/>
              </w:rPr>
              <w:t>2. Nazwisko</w:t>
            </w:r>
          </w:p>
        </w:tc>
        <w:tc>
          <w:tcPr>
            <w:tcW w:type="dxa" w:w="3553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C98A1A"/>
                <w:sz w:val="13"/>
              </w:rPr>
              <w:t>3. Pierwsze imię</w:t>
            </w:r>
          </w:p>
        </w:tc>
        <w:tc>
          <w:tcPr>
            <w:tcW w:type="dxa" w:w="3553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C98A1A"/>
                <w:sz w:val="13"/>
              </w:rPr>
              <w:t>4. Data urodzenia (dzień - miesiąc - rok)</w:t>
            </w:r>
          </w:p>
        </w:tc>
      </w:tr>
      <w:tr>
        <w:trPr>
          <w:trHeight w:val="295" w:hRule="exact"/>
        </w:trPr>
        <w:tc>
          <w:tcPr>
            <w:tcW w:type="dxa" w:w="3553"/>
            <w:shd w:fill="FBF8F3"/>
            <w:tcMar>
              <w:top w:w="40" w:type="dxa"/>
              <w:start w:w="55" w:type="dxa"/>
              <w:bottom w:w="40" w:type="dxa"/>
              <w:end w:w="5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</w:tcPr>
          <w:p/>
        </w:tc>
        <w:tc>
          <w:tcPr>
            <w:tcW w:type="dxa" w:w="3553"/>
            <w:shd w:fill="FBF8F3"/>
            <w:tcMar>
              <w:top w:w="40" w:type="dxa"/>
              <w:start w:w="55" w:type="dxa"/>
              <w:bottom w:w="40" w:type="dxa"/>
              <w:end w:w="5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</w:tcPr>
          <w:p/>
        </w:tc>
        <w:tc>
          <w:tcPr>
            <w:tcW w:type="dxa" w:w="3553"/>
            <w:shd w:fill="FBF8F3"/>
            <w:tcMar>
              <w:top w:w="40" w:type="dxa"/>
              <w:start w:w="55" w:type="dxa"/>
              <w:bottom w:w="40" w:type="dxa"/>
              <w:end w:w="5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</w:tcPr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0B2D4F"/>
            <w:tcMar>
              <w:top w:w="35" w:type="dxa"/>
              <w:start w:w="50" w:type="dxa"/>
              <w:bottom w:w="35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B. DANE PŁATNIKA, KTÓREMU SKŁADANE JEST OŚWIADCZENIE / WNIOSEK</w:t>
            </w:r>
          </w:p>
        </w:tc>
      </w:tr>
    </w:tbl>
    <w:p>
      <w:pPr>
        <w:spacing w:after="0"/>
      </w:pPr>
    </w:p>
    <w:p>
      <w:pPr>
        <w:spacing w:after="0"/>
      </w:pPr>
      <w:r>
        <w:rPr>
          <w:rFonts w:ascii="Arial" w:hAnsi="Arial" w:eastAsia="Arial"/>
          <w:b/>
          <w:i w:val="0"/>
          <w:color w:val="C98A1A"/>
          <w:sz w:val="14"/>
        </w:rPr>
        <w:t>5. Nazwa pełna płatnika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rPr>
          <w:trHeight w:val="312" w:hRule="exact"/>
        </w:trPr>
        <w:tc>
          <w:tcPr>
            <w:tcW w:type="dxa" w:w="10658"/>
            <w:shd w:fill="FBF8F3"/>
            <w:tcMar>
              <w:top w:w="40" w:type="dxa"/>
              <w:start w:w="55" w:type="dxa"/>
              <w:bottom w:w="40" w:type="dxa"/>
              <w:end w:w="5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</w:tcPr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0B2D4F"/>
            <w:tcMar>
              <w:top w:w="35" w:type="dxa"/>
              <w:start w:w="50" w:type="dxa"/>
              <w:bottom w:w="35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C. OŚWIADCZENIE PODATNIKA SKŁADANE PŁATNIKOWI²) W SPRAWIE POMNIEJSZENIA O KWOTĘ ZMNIEJSZAJĄCĄ PODATEK³)</w:t>
            </w:r>
          </w:p>
        </w:tc>
      </w:tr>
    </w:tbl>
    <w:p>
      <w:pPr>
        <w:spacing w:after="0"/>
      </w:pPr>
    </w:p>
    <w:p>
      <w:pPr>
        <w:spacing w:after="40" w:line="240" w:lineRule="auto"/>
        <w:ind w:left="0"/>
      </w:pPr>
      <w:r>
        <w:rPr>
          <w:rFonts w:ascii="Arial" w:hAnsi="Arial" w:eastAsia="Arial"/>
          <w:b/>
          <w:i w:val="0"/>
          <w:color w:val="24364B"/>
          <w:sz w:val="13"/>
        </w:rPr>
        <w:t>6. Niniejszym wnoszę o pomniejszanie miesięcznej zaliczki na podatek o kwotę stanowiącą:</w:t>
      </w:r>
    </w:p>
    <w:p>
      <w:pPr>
        <w:spacing w:after="20"/>
        <w:ind w:left="85"/>
      </w:pPr>
      <w:r>
        <w:rPr>
          <w:rFonts w:ascii="Arial" w:hAnsi="Arial" w:eastAsia="Arial"/>
          <w:b w:val="0"/>
          <w:i w:val="0"/>
          <w:color w:val="0B2D4F"/>
          <w:sz w:val="17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4"/>
        </w:rPr>
        <w:t>1/12 kwoty zmniejszającej podatek (300 zł) albo</w:t>
      </w:r>
    </w:p>
    <w:p>
      <w:pPr>
        <w:spacing w:after="20"/>
        <w:ind w:left="85"/>
      </w:pPr>
      <w:r>
        <w:rPr>
          <w:rFonts w:ascii="Arial" w:hAnsi="Arial" w:eastAsia="Arial"/>
          <w:b w:val="0"/>
          <w:i w:val="0"/>
          <w:color w:val="0B2D4F"/>
          <w:sz w:val="17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4"/>
        </w:rPr>
        <w:t>1/24 kwoty zmniejszającej podatek (150 zł), albo</w:t>
      </w:r>
    </w:p>
    <w:p>
      <w:pPr>
        <w:spacing w:after="20"/>
        <w:ind w:left="85"/>
      </w:pPr>
      <w:r>
        <w:rPr>
          <w:rFonts w:ascii="Arial" w:hAnsi="Arial" w:eastAsia="Arial"/>
          <w:b w:val="0"/>
          <w:i w:val="0"/>
          <w:color w:val="0B2D4F"/>
          <w:sz w:val="17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4"/>
        </w:rPr>
        <w:t>1/36 kwoty zmniejszającej podatek (100 zł)</w:t>
      </w:r>
    </w:p>
    <w:p>
      <w:pPr>
        <w:spacing w:after="40" w:line="240" w:lineRule="auto"/>
        <w:ind w:left="0"/>
      </w:pPr>
      <w:r>
        <w:rPr>
          <w:rFonts w:ascii="Arial" w:hAnsi="Arial" w:eastAsia="Arial"/>
          <w:b/>
          <w:i w:val="0"/>
          <w:color w:val="24364B"/>
          <w:sz w:val="13"/>
        </w:rPr>
        <w:t>7. Niniejszym oświadczam, że:</w:t>
      </w:r>
    </w:p>
    <w:p>
      <w:pPr>
        <w:spacing w:after="20"/>
        <w:ind w:left="85"/>
      </w:pPr>
      <w:r>
        <w:rPr>
          <w:rFonts w:ascii="Arial" w:hAnsi="Arial" w:eastAsia="Arial"/>
          <w:b w:val="0"/>
          <w:i w:val="0"/>
          <w:color w:val="0B2D4F"/>
          <w:sz w:val="17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4"/>
        </w:rPr>
        <w:t>wycofuję uprzednio złożone oświadczenie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0B2D4F"/>
            <w:tcMar>
              <w:top w:w="35" w:type="dxa"/>
              <w:start w:w="50" w:type="dxa"/>
              <w:bottom w:w="35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D. OŚWIADCZENIE PODATNIKA SKŁADANE PŁATNIKOWI⁴) W SPRAWIE POMNIEJSZENIA O KWOTĘ ZMNIEJSZAJĄCĄ PODATEK⁵)</w:t>
            </w:r>
          </w:p>
        </w:tc>
      </w:tr>
    </w:tbl>
    <w:p>
      <w:pPr>
        <w:spacing w:after="0"/>
      </w:pPr>
    </w:p>
    <w:p>
      <w:pPr>
        <w:spacing w:after="40" w:line="240" w:lineRule="auto"/>
        <w:ind w:left="0"/>
      </w:pPr>
      <w:r>
        <w:rPr>
          <w:rFonts w:ascii="Arial" w:hAnsi="Arial" w:eastAsia="Arial"/>
          <w:b/>
          <w:i w:val="0"/>
          <w:color w:val="24364B"/>
          <w:sz w:val="13"/>
        </w:rPr>
        <w:t>8. Niniejszym wnoszę o pomniejszanie miesięcznej zaliczki na podatek o kwotę stanowiącą:</w:t>
      </w:r>
    </w:p>
    <w:p>
      <w:pPr>
        <w:spacing w:after="20"/>
        <w:ind w:left="85"/>
      </w:pPr>
      <w:r>
        <w:rPr>
          <w:rFonts w:ascii="Arial" w:hAnsi="Arial" w:eastAsia="Arial"/>
          <w:b w:val="0"/>
          <w:i w:val="0"/>
          <w:color w:val="0B2D4F"/>
          <w:sz w:val="17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4"/>
        </w:rPr>
        <w:t>1/24 kwoty zmniejszającej podatek (150 zł)</w:t>
      </w:r>
    </w:p>
    <w:p>
      <w:pPr>
        <w:spacing w:after="20"/>
        <w:ind w:left="85"/>
      </w:pPr>
      <w:r>
        <w:rPr>
          <w:rFonts w:ascii="Arial" w:hAnsi="Arial" w:eastAsia="Arial"/>
          <w:b w:val="0"/>
          <w:i w:val="0"/>
          <w:color w:val="0B2D4F"/>
          <w:sz w:val="17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4"/>
        </w:rPr>
        <w:t>1/36 kwoty zmniejszającej podatek (100 zł)</w:t>
      </w:r>
    </w:p>
    <w:p>
      <w:pPr>
        <w:spacing w:after="40" w:line="240" w:lineRule="auto"/>
        <w:ind w:left="0"/>
      </w:pPr>
      <w:r>
        <w:rPr>
          <w:rFonts w:ascii="Arial" w:hAnsi="Arial" w:eastAsia="Arial"/>
          <w:b/>
          <w:i w:val="0"/>
          <w:color w:val="24364B"/>
          <w:sz w:val="13"/>
        </w:rPr>
        <w:t>9. Niniejszym oświadczam, że:</w:t>
      </w:r>
    </w:p>
    <w:p>
      <w:pPr>
        <w:spacing w:after="20"/>
        <w:ind w:left="85"/>
      </w:pPr>
      <w:r>
        <w:rPr>
          <w:rFonts w:ascii="Arial" w:hAnsi="Arial" w:eastAsia="Arial"/>
          <w:b w:val="0"/>
          <w:i w:val="0"/>
          <w:color w:val="0B2D4F"/>
          <w:sz w:val="17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4"/>
        </w:rPr>
        <w:t>wycofuję uprzednio złożone oświadczenie dotyczące podziału kwoty zmniejszającej podatek, albo</w:t>
      </w:r>
    </w:p>
    <w:p>
      <w:pPr>
        <w:spacing w:after="20"/>
        <w:ind w:left="85"/>
      </w:pPr>
      <w:r>
        <w:rPr>
          <w:rFonts w:ascii="Arial" w:hAnsi="Arial" w:eastAsia="Arial"/>
          <w:b w:val="0"/>
          <w:i w:val="0"/>
          <w:color w:val="0B2D4F"/>
          <w:sz w:val="17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4"/>
        </w:rPr>
        <w:t>rezygnuję ze stosowania pomniejszenia w wysokości 1/12 kwoty zmniejszającej podatek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0B2D4F"/>
            <w:tcMar>
              <w:top w:w="35" w:type="dxa"/>
              <w:start w:w="50" w:type="dxa"/>
              <w:bottom w:w="35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E. OŚWIADCZENIE PODATNIKA SKŁADANE PŁATNIKOWI⁶) O ZAMIARZE PREFERENCYJNEGO OPODATKOWANIA DOCHODÓW (Z MAŁŻONKIEM / JAKO OSOBA SAMOTNIE WYCHOWUJĄCA DZIECKO)⁷)</w:t>
            </w:r>
          </w:p>
        </w:tc>
      </w:tr>
    </w:tbl>
    <w:p>
      <w:pPr>
        <w:spacing w:after="0"/>
      </w:pPr>
    </w:p>
    <w:p>
      <w:pPr>
        <w:spacing w:after="40" w:line="240" w:lineRule="auto"/>
        <w:ind w:left="0"/>
      </w:pPr>
      <w:r>
        <w:rPr>
          <w:rFonts w:ascii="Arial" w:hAnsi="Arial" w:eastAsia="Arial"/>
          <w:b/>
          <w:i w:val="0"/>
          <w:color w:val="24364B"/>
          <w:sz w:val="13"/>
        </w:rPr>
        <w:t>10. Niniejszym oświadczam, że zamierzam opodatkować dochody za rok podatkowy w sposób przewidziany dla:</w:t>
      </w:r>
    </w:p>
    <w:p>
      <w:pPr>
        <w:spacing w:after="20"/>
        <w:ind w:left="85"/>
      </w:pPr>
      <w:r>
        <w:rPr>
          <w:rFonts w:ascii="Arial" w:hAnsi="Arial" w:eastAsia="Arial"/>
          <w:b w:val="0"/>
          <w:i w:val="0"/>
          <w:color w:val="0B2D4F"/>
          <w:sz w:val="17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4"/>
        </w:rPr>
        <w:t>małżonków albo</w:t>
      </w:r>
    </w:p>
    <w:p>
      <w:pPr>
        <w:spacing w:after="20"/>
        <w:ind w:left="85"/>
      </w:pPr>
      <w:r>
        <w:rPr>
          <w:rFonts w:ascii="Arial" w:hAnsi="Arial" w:eastAsia="Arial"/>
          <w:b w:val="0"/>
          <w:i w:val="0"/>
          <w:color w:val="0B2D4F"/>
          <w:sz w:val="17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4"/>
        </w:rPr>
        <w:t>osób samotnie wychowujących dzieci, a:</w:t>
      </w:r>
    </w:p>
    <w:p>
      <w:pPr>
        <w:spacing w:after="40" w:line="240" w:lineRule="auto"/>
        <w:ind w:left="142"/>
      </w:pPr>
      <w:r>
        <w:rPr>
          <w:rFonts w:ascii="Arial" w:hAnsi="Arial" w:eastAsia="Arial"/>
          <w:b w:val="0"/>
          <w:i w:val="0"/>
          <w:color w:val="24364B"/>
          <w:sz w:val="13"/>
        </w:rPr>
        <w:t>1) moje dochody nie przekroczą kwoty 120 000 zł, a małżonek lub dziecko nie uzyskują żadnych dochodów, które łączy się z moimi dochodami⁸),</w:t>
      </w:r>
    </w:p>
    <w:p>
      <w:pPr>
        <w:spacing w:after="40" w:line="240" w:lineRule="auto"/>
        <w:ind w:left="142"/>
      </w:pPr>
      <w:r>
        <w:rPr>
          <w:rFonts w:ascii="Arial" w:hAnsi="Arial" w:eastAsia="Arial"/>
          <w:b w:val="0"/>
          <w:i w:val="0"/>
          <w:color w:val="24364B"/>
          <w:sz w:val="13"/>
        </w:rPr>
        <w:t>2) moje dochody przekroczą kwotę 120 000 zł, a przewidziane roczne dochody małżonka lub dziecka, które łączy się z moimi dochodami, nie przekroczą tej kwoty⁸).</w:t>
      </w:r>
    </w:p>
    <w:p>
      <w:pPr>
        <w:spacing w:after="40" w:line="240" w:lineRule="auto"/>
        <w:ind w:left="0"/>
      </w:pPr>
      <w:r>
        <w:rPr>
          <w:rFonts w:ascii="Arial" w:hAnsi="Arial" w:eastAsia="Arial"/>
          <w:b/>
          <w:i w:val="0"/>
          <w:color w:val="24364B"/>
          <w:sz w:val="13"/>
        </w:rPr>
        <w:t>11. Niniejszym oświadczam, że:</w:t>
      </w:r>
    </w:p>
    <w:p>
      <w:pPr>
        <w:spacing w:after="20"/>
        <w:ind w:left="85"/>
      </w:pPr>
      <w:r>
        <w:rPr>
          <w:rFonts w:ascii="Arial" w:hAnsi="Arial" w:eastAsia="Arial"/>
          <w:b w:val="0"/>
          <w:i w:val="0"/>
          <w:color w:val="0B2D4F"/>
          <w:sz w:val="17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4"/>
        </w:rPr>
        <w:t>wycofuję uprzednio złożone oświadczenie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0B2D4F"/>
            <w:tcMar>
              <w:top w:w="35" w:type="dxa"/>
              <w:start w:w="50" w:type="dxa"/>
              <w:bottom w:w="35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F. OŚWIADCZENIE PODATNIKA SKŁADANE ZAKŁADOWI PRACY W SPRAWIE KORZYSTANIA Z PODWYŻSZONYCH PRACOWNICZYCH KOSZTÓW UZYSKANIA PRZYCHODÓW⁹)</w:t>
            </w:r>
          </w:p>
        </w:tc>
      </w:tr>
    </w:tbl>
    <w:p>
      <w:pPr>
        <w:spacing w:after="0"/>
      </w:pPr>
    </w:p>
    <w:p>
      <w:pPr>
        <w:spacing w:after="40" w:line="240" w:lineRule="auto"/>
        <w:ind w:left="0"/>
      </w:pPr>
      <w:r>
        <w:rPr>
          <w:rFonts w:ascii="Arial" w:hAnsi="Arial" w:eastAsia="Arial"/>
          <w:b/>
          <w:i w:val="0"/>
          <w:color w:val="24364B"/>
          <w:sz w:val="13"/>
        </w:rPr>
        <w:t>12. Niniejszym oświadczam, że:</w:t>
      </w:r>
    </w:p>
    <w:p>
      <w:pPr>
        <w:spacing w:after="20"/>
        <w:ind w:left="85"/>
      </w:pPr>
      <w:r>
        <w:rPr>
          <w:rFonts w:ascii="Arial" w:hAnsi="Arial" w:eastAsia="Arial"/>
          <w:b w:val="0"/>
          <w:i w:val="0"/>
          <w:color w:val="0B2D4F"/>
          <w:sz w:val="17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3"/>
        </w:rPr>
        <w:t>spełniam warunki do korzystania z podwyższonych kosztów uzyskania przychodów, gdyż moje miejsce zamieszkania (stałego lub czasowego) znajduje się poza miejscowością, w której znajduje się zakład pracy i nie otrzymuję dodatku za rozłąkę</w:t>
      </w:r>
    </w:p>
    <w:p>
      <w:pPr>
        <w:spacing w:after="40" w:line="240" w:lineRule="auto"/>
        <w:ind w:left="0"/>
      </w:pPr>
      <w:r>
        <w:rPr>
          <w:rFonts w:ascii="Arial" w:hAnsi="Arial" w:eastAsia="Arial"/>
          <w:b/>
          <w:i w:val="0"/>
          <w:color w:val="24364B"/>
          <w:sz w:val="13"/>
        </w:rPr>
        <w:t>13. Niniejszym oświadczam, że:</w:t>
      </w:r>
    </w:p>
    <w:p>
      <w:pPr>
        <w:spacing w:after="20"/>
        <w:ind w:left="85"/>
      </w:pPr>
      <w:r>
        <w:rPr>
          <w:rFonts w:ascii="Arial" w:hAnsi="Arial" w:eastAsia="Arial"/>
          <w:b w:val="0"/>
          <w:i w:val="0"/>
          <w:color w:val="0B2D4F"/>
          <w:sz w:val="17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4"/>
        </w:rPr>
        <w:t>wycofuję uprzednio złożone oświadczenie</w:t>
      </w:r>
    </w:p>
    <w:p>
      <w:r>
        <w:br w:type="page"/>
      </w:r>
    </w:p>
    <w:p>
      <w:pPr>
        <w:spacing w:after="40"/>
      </w:pPr>
      <w:r>
        <w:rPr>
          <w:rFonts w:ascii="Arial" w:hAnsi="Arial" w:eastAsia="Arial"/>
          <w:b/>
          <w:i w:val="0"/>
          <w:color w:val="6B7785"/>
          <w:sz w:val="12"/>
        </w:rPr>
        <w:t>WYPEŁNIAĆ DUŻYMI, DRUKOWANYMI LITERAMI, CZARNYM LUB NIEBIESKIM KOLOREM.</w:t>
      </w:r>
    </w:p>
    <w:p>
      <w:pPr>
        <w:spacing w:after="0"/>
        <w:jc w:val="center"/>
      </w:pPr>
      <w:r>
        <w:rPr>
          <w:rFonts w:ascii="Garamond" w:hAnsi="Garamond" w:eastAsia="Garamond"/>
          <w:b/>
          <w:i w:val="0"/>
          <w:color w:val="0B2D4F"/>
          <w:sz w:val="29"/>
        </w:rPr>
        <w:t>PIT-2</w:t>
      </w:r>
    </w:p>
    <w:p>
      <w:pPr>
        <w:spacing w:after="80"/>
        <w:jc w:val="center"/>
      </w:pPr>
      <w:r>
        <w:rPr>
          <w:rFonts w:ascii="Arial" w:hAnsi="Arial" w:eastAsia="Arial"/>
          <w:b/>
          <w:i w:val="0"/>
          <w:color w:val="24364B"/>
          <w:sz w:val="16"/>
        </w:rPr>
        <w:t>OŚWIADCZENIA / WNIOSKI podatnika - ciąg dalszy</w:t>
      </w:r>
    </w:p>
    <w:p>
      <w:pPr>
        <w:spacing w:after="40"/>
        <w:jc w:val="right"/>
      </w:pPr>
      <w:r>
        <w:rPr>
          <w:rFonts w:ascii="Arial" w:hAnsi="Arial" w:eastAsia="Arial"/>
          <w:b/>
          <w:i w:val="0"/>
          <w:color w:val="6B7785"/>
          <w:sz w:val="13"/>
        </w:rPr>
        <w:t>PIT-2(9)  •  str. 2/3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0B2D4F"/>
            <w:tcMar>
              <w:top w:w="35" w:type="dxa"/>
              <w:start w:w="50" w:type="dxa"/>
              <w:bottom w:w="35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G. OŚWIADCZENIE PODATNIKA SKŁADANE PŁATNIKOWI¹⁰) W SPRAWIE ZWOLNIEŃ, O KTÓRYCH MOWA W ART. 21 UST. 1 PKT 152-154 USTAWY</w:t>
            </w:r>
          </w:p>
        </w:tc>
      </w:tr>
    </w:tbl>
    <w:p>
      <w:pPr>
        <w:spacing w:after="0"/>
      </w:pPr>
    </w:p>
    <w:p>
      <w:pPr>
        <w:spacing w:after="4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2"/>
        </w:rPr>
        <w:t>(w poz. 14 należy zaznaczyć właściwy(-e) kwadrat(-y))</w:t>
      </w:r>
    </w:p>
    <w:p>
      <w:pPr>
        <w:spacing w:after="40" w:line="240" w:lineRule="auto"/>
        <w:ind w:left="0"/>
      </w:pPr>
      <w:r>
        <w:rPr>
          <w:rFonts w:ascii="Arial" w:hAnsi="Arial" w:eastAsia="Arial"/>
          <w:b/>
          <w:i w:val="0"/>
          <w:color w:val="24364B"/>
          <w:sz w:val="13"/>
        </w:rPr>
        <w:t>14. Niniejszym oświadczam, że spełniam warunki do stosowania zwolnienia, o którym mowa:</w:t>
      </w:r>
    </w:p>
    <w:p>
      <w:pPr>
        <w:spacing w:after="20"/>
        <w:ind w:left="85"/>
      </w:pPr>
      <w:r>
        <w:rPr>
          <w:rFonts w:ascii="Arial" w:hAnsi="Arial" w:eastAsia="Arial"/>
          <w:b w:val="0"/>
          <w:i w:val="0"/>
          <w:color w:val="0B2D4F"/>
          <w:sz w:val="17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4"/>
        </w:rPr>
        <w:t>w art. 21 ust. 1 pkt 152 ustawy (ulga na powrót); zwolnienie proszę stosować w latach od ______ do ______</w:t>
      </w:r>
    </w:p>
    <w:p>
      <w:pPr>
        <w:spacing w:after="20"/>
        <w:ind w:left="85"/>
      </w:pPr>
      <w:r>
        <w:rPr>
          <w:rFonts w:ascii="Arial" w:hAnsi="Arial" w:eastAsia="Arial"/>
          <w:b w:val="0"/>
          <w:i w:val="0"/>
          <w:color w:val="0B2D4F"/>
          <w:sz w:val="17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4"/>
        </w:rPr>
        <w:t>w art. 21 ust. 1 pkt 153 ustawy (ulga dla rodzin 4+)</w:t>
      </w:r>
    </w:p>
    <w:p>
      <w:pPr>
        <w:spacing w:after="20"/>
        <w:ind w:left="85"/>
      </w:pPr>
      <w:r>
        <w:rPr>
          <w:rFonts w:ascii="Arial" w:hAnsi="Arial" w:eastAsia="Arial"/>
          <w:b w:val="0"/>
          <w:i w:val="0"/>
          <w:color w:val="0B2D4F"/>
          <w:sz w:val="17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4"/>
        </w:rPr>
        <w:t>w art. 21 ust. 1 pkt 154 ustawy (ulga dla pracujących seniorów)</w:t>
      </w:r>
    </w:p>
    <w:p>
      <w:pPr>
        <w:spacing w:after="40" w:line="240" w:lineRule="auto"/>
        <w:ind w:left="113"/>
      </w:pPr>
      <w:r>
        <w:rPr>
          <w:rFonts w:ascii="Arial" w:hAnsi="Arial" w:eastAsia="Arial"/>
          <w:b w:val="0"/>
          <w:i w:val="0"/>
          <w:color w:val="24364B"/>
          <w:sz w:val="13"/>
        </w:rPr>
        <w:t>i jestem świadomy/świadoma odpowiedzialności karnej za złożenie fałszywego oświadczenia</w:t>
      </w:r>
    </w:p>
    <w:p>
      <w:pPr>
        <w:spacing w:after="40" w:line="240" w:lineRule="auto"/>
        <w:ind w:left="0"/>
      </w:pPr>
      <w:r>
        <w:rPr>
          <w:rFonts w:ascii="Arial" w:hAnsi="Arial" w:eastAsia="Arial"/>
          <w:b/>
          <w:i w:val="0"/>
          <w:color w:val="24364B"/>
          <w:sz w:val="13"/>
        </w:rPr>
        <w:t>15. Niniejszym oświadczam, że:</w:t>
      </w:r>
    </w:p>
    <w:p>
      <w:pPr>
        <w:spacing w:after="20"/>
        <w:ind w:left="85"/>
      </w:pPr>
      <w:r>
        <w:rPr>
          <w:rFonts w:ascii="Arial" w:hAnsi="Arial" w:eastAsia="Arial"/>
          <w:b w:val="0"/>
          <w:i w:val="0"/>
          <w:color w:val="0B2D4F"/>
          <w:sz w:val="17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4"/>
        </w:rPr>
        <w:t>wycofuję uprzednio złożone oświadczenie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0B2D4F"/>
            <w:tcMar>
              <w:top w:w="35" w:type="dxa"/>
              <w:start w:w="50" w:type="dxa"/>
              <w:bottom w:w="35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H. WNIOSEK PODATNIKA SKŁADANY PŁATNIKOWI¹¹) O NIESTOSOWANIE ULGI DLA MŁODYCH¹²) LUB PRACOWNICZYCH KOSZTÓW UZYSKANIA PRZYCHODÓW¹³)</w:t>
            </w:r>
          </w:p>
        </w:tc>
      </w:tr>
    </w:tbl>
    <w:p>
      <w:pPr>
        <w:spacing w:after="0"/>
      </w:pPr>
    </w:p>
    <w:p>
      <w:pPr>
        <w:spacing w:after="4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2"/>
        </w:rPr>
        <w:t>(w poz. 16 i 17 należy zaznaczyć właściwy(-e) kwadrat(-y))</w:t>
      </w:r>
    </w:p>
    <w:p>
      <w:pPr>
        <w:spacing w:after="40" w:line="240" w:lineRule="auto"/>
        <w:ind w:left="0"/>
      </w:pPr>
      <w:r>
        <w:rPr>
          <w:rFonts w:ascii="Arial" w:hAnsi="Arial" w:eastAsia="Arial"/>
          <w:b/>
          <w:i w:val="0"/>
          <w:color w:val="24364B"/>
          <w:sz w:val="13"/>
        </w:rPr>
        <w:t>16. Niniejszym wnioskuję o obliczanie zaliczek na podatek dochodowy bez stosowania:</w:t>
      </w:r>
    </w:p>
    <w:p>
      <w:pPr>
        <w:spacing w:after="20"/>
        <w:ind w:left="85"/>
      </w:pPr>
      <w:r>
        <w:rPr>
          <w:rFonts w:ascii="Arial" w:hAnsi="Arial" w:eastAsia="Arial"/>
          <w:b w:val="0"/>
          <w:i w:val="0"/>
          <w:color w:val="0B2D4F"/>
          <w:sz w:val="17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4"/>
        </w:rPr>
        <w:t>ulgi dla młodych</w:t>
      </w:r>
    </w:p>
    <w:p>
      <w:pPr>
        <w:spacing w:after="20"/>
        <w:ind w:left="85"/>
      </w:pPr>
      <w:r>
        <w:rPr>
          <w:rFonts w:ascii="Arial" w:hAnsi="Arial" w:eastAsia="Arial"/>
          <w:b w:val="0"/>
          <w:i w:val="0"/>
          <w:color w:val="0B2D4F"/>
          <w:sz w:val="17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4"/>
        </w:rPr>
        <w:t>pracowniczych kosztów uzyskania przychodów</w:t>
      </w:r>
    </w:p>
    <w:p>
      <w:pPr>
        <w:spacing w:after="40" w:line="240" w:lineRule="auto"/>
        <w:ind w:left="0"/>
      </w:pPr>
      <w:r>
        <w:rPr>
          <w:rFonts w:ascii="Arial" w:hAnsi="Arial" w:eastAsia="Arial"/>
          <w:b/>
          <w:i w:val="0"/>
          <w:color w:val="24364B"/>
          <w:sz w:val="13"/>
        </w:rPr>
        <w:t>17. Niniejszym oświadczam, że wycofuję uprzednio złożony wniosek w zakresie:</w:t>
      </w:r>
    </w:p>
    <w:p>
      <w:pPr>
        <w:spacing w:after="20"/>
        <w:ind w:left="85"/>
      </w:pPr>
      <w:r>
        <w:rPr>
          <w:rFonts w:ascii="Arial" w:hAnsi="Arial" w:eastAsia="Arial"/>
          <w:b w:val="0"/>
          <w:i w:val="0"/>
          <w:color w:val="0B2D4F"/>
          <w:sz w:val="17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4"/>
        </w:rPr>
        <w:t>ulgi dla młodych</w:t>
      </w:r>
    </w:p>
    <w:p>
      <w:pPr>
        <w:spacing w:after="20"/>
        <w:ind w:left="85"/>
      </w:pPr>
      <w:r>
        <w:rPr>
          <w:rFonts w:ascii="Arial" w:hAnsi="Arial" w:eastAsia="Arial"/>
          <w:b w:val="0"/>
          <w:i w:val="0"/>
          <w:color w:val="0B2D4F"/>
          <w:sz w:val="17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4"/>
        </w:rPr>
        <w:t>pracowniczych kosztów uzyskania przychodów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0B2D4F"/>
            <w:tcMar>
              <w:top w:w="35" w:type="dxa"/>
              <w:start w:w="50" w:type="dxa"/>
              <w:bottom w:w="35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I. WNIOSEK PODATNIKA SKŁADANY PŁATNIKOWI¹⁴) O REZYGNACJĘ ZE STOSOWANIA 50% KOSZTÓW UZYSKANIA PRZYCHODÓW¹⁵)</w:t>
            </w:r>
          </w:p>
        </w:tc>
      </w:tr>
    </w:tbl>
    <w:p>
      <w:pPr>
        <w:spacing w:after="0"/>
      </w:pPr>
    </w:p>
    <w:p>
      <w:pPr>
        <w:spacing w:after="40" w:line="240" w:lineRule="auto"/>
        <w:ind w:left="0"/>
      </w:pPr>
      <w:r>
        <w:rPr>
          <w:rFonts w:ascii="Arial" w:hAnsi="Arial" w:eastAsia="Arial"/>
          <w:b/>
          <w:i w:val="0"/>
          <w:color w:val="24364B"/>
          <w:sz w:val="13"/>
        </w:rPr>
        <w:t>18. Niniejszym wnioskuję o niestosowanie 50% kosztów uzyskania przychodów przy obliczaniu zaliczek na podatek dochodowy:</w:t>
      </w:r>
    </w:p>
    <w:p>
      <w:pPr>
        <w:spacing w:after="20"/>
        <w:ind w:left="85"/>
      </w:pPr>
      <w:r>
        <w:rPr>
          <w:rFonts w:ascii="Arial" w:hAnsi="Arial" w:eastAsia="Arial"/>
          <w:b w:val="0"/>
          <w:i w:val="0"/>
          <w:color w:val="0B2D4F"/>
          <w:sz w:val="17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4"/>
        </w:rPr>
        <w:t>tak</w:t>
      </w:r>
    </w:p>
    <w:p>
      <w:pPr>
        <w:spacing w:after="40" w:line="240" w:lineRule="auto"/>
        <w:ind w:left="0"/>
      </w:pPr>
      <w:r>
        <w:rPr>
          <w:rFonts w:ascii="Arial" w:hAnsi="Arial" w:eastAsia="Arial"/>
          <w:b/>
          <w:i w:val="0"/>
          <w:color w:val="24364B"/>
          <w:sz w:val="13"/>
        </w:rPr>
        <w:t>19. Niniejszym oświadczam, że:</w:t>
      </w:r>
    </w:p>
    <w:p>
      <w:pPr>
        <w:spacing w:after="20"/>
        <w:ind w:left="85"/>
      </w:pPr>
      <w:r>
        <w:rPr>
          <w:rFonts w:ascii="Arial" w:hAnsi="Arial" w:eastAsia="Arial"/>
          <w:b w:val="0"/>
          <w:i w:val="0"/>
          <w:color w:val="0B2D4F"/>
          <w:sz w:val="17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4"/>
        </w:rPr>
        <w:t>wycofuję uprzednio złożony wniosek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0B2D4F"/>
            <w:tcMar>
              <w:top w:w="35" w:type="dxa"/>
              <w:start w:w="50" w:type="dxa"/>
              <w:bottom w:w="35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J. WNIOSEK PODATNIKA SKŁADANY PŁATNIKOWI¹⁶) W SPRAWIE NIEPOBIERANIA ZALICZEK W ROKU PODATKOWYM</w:t>
            </w:r>
          </w:p>
        </w:tc>
      </w:tr>
    </w:tbl>
    <w:p>
      <w:pPr>
        <w:spacing w:after="0"/>
      </w:pPr>
    </w:p>
    <w:p>
      <w:pPr>
        <w:spacing w:after="40" w:line="240" w:lineRule="auto"/>
        <w:ind w:left="0"/>
      </w:pPr>
      <w:r>
        <w:rPr>
          <w:rFonts w:ascii="Arial" w:hAnsi="Arial" w:eastAsia="Arial"/>
          <w:b/>
          <w:i w:val="0"/>
          <w:color w:val="24364B"/>
          <w:sz w:val="13"/>
        </w:rPr>
        <w:t>20. Niniejszym wnioskuję o niepobieranie zaliczek w roku ______, gdyż przewiduję, że uzyskane przeze mnie dochody podlegające opodatkowaniu według skali podatkowej nie przekroczą w tym roku kwoty 30 000 zł</w:t>
      </w:r>
    </w:p>
    <w:p>
      <w:pPr>
        <w:spacing w:after="20"/>
        <w:ind w:left="85"/>
      </w:pPr>
      <w:r>
        <w:rPr>
          <w:rFonts w:ascii="Arial" w:hAnsi="Arial" w:eastAsia="Arial"/>
          <w:b w:val="0"/>
          <w:i w:val="0"/>
          <w:color w:val="0B2D4F"/>
          <w:sz w:val="17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4"/>
        </w:rPr>
        <w:t>tak</w:t>
      </w:r>
    </w:p>
    <w:p>
      <w:pPr>
        <w:spacing w:after="40" w:line="240" w:lineRule="auto"/>
        <w:ind w:left="0"/>
      </w:pPr>
      <w:r>
        <w:rPr>
          <w:rFonts w:ascii="Arial" w:hAnsi="Arial" w:eastAsia="Arial"/>
          <w:b/>
          <w:i w:val="0"/>
          <w:color w:val="24364B"/>
          <w:sz w:val="13"/>
        </w:rPr>
        <w:t>21. Niniejszym oświadczam, że:</w:t>
      </w:r>
    </w:p>
    <w:p>
      <w:pPr>
        <w:spacing w:after="20"/>
        <w:ind w:left="85"/>
      </w:pPr>
      <w:r>
        <w:rPr>
          <w:rFonts w:ascii="Arial" w:hAnsi="Arial" w:eastAsia="Arial"/>
          <w:b w:val="0"/>
          <w:i w:val="0"/>
          <w:color w:val="0B2D4F"/>
          <w:sz w:val="17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4"/>
        </w:rPr>
        <w:t>wycofuję uprzednio złożony wniosek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0B2D4F"/>
            <w:tcMar>
              <w:top w:w="35" w:type="dxa"/>
              <w:start w:w="50" w:type="dxa"/>
              <w:bottom w:w="35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K. PODPIS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9"/>
        <w:gridCol w:w="5329"/>
      </w:tblGrid>
      <w:tr>
        <w:tc>
          <w:tcPr>
            <w:tcW w:type="dxa" w:w="5329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4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22. Data wypełnienia (dzień - miesiąc - rok)</w:t>
            </w:r>
          </w:p>
        </w:tc>
        <w:tc>
          <w:tcPr>
            <w:tcW w:type="dxa" w:w="5329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4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23. Podpis podatnika</w:t>
            </w:r>
          </w:p>
        </w:tc>
      </w:tr>
      <w:tr>
        <w:trPr>
          <w:trHeight w:val="369" w:hRule="exact"/>
        </w:trPr>
        <w:tc>
          <w:tcPr>
            <w:tcW w:type="dxa" w:w="5329"/>
            <w:shd w:fill="FBF8F3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40" w:type="dxa"/>
              <w:start w:w="55" w:type="dxa"/>
              <w:bottom w:w="40" w:type="dxa"/>
              <w:end w:w="55" w:type="dxa"/>
            </w:tcMar>
          </w:tcPr>
          <w:p/>
        </w:tc>
        <w:tc>
          <w:tcPr>
            <w:tcW w:type="dxa" w:w="5329"/>
            <w:shd w:fill="FBF8F3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40" w:type="dxa"/>
              <w:start w:w="55" w:type="dxa"/>
              <w:bottom w:w="40" w:type="dxa"/>
              <w:end w:w="55" w:type="dxa"/>
            </w:tcMar>
          </w:tcPr>
          <w:p/>
        </w:tc>
      </w:tr>
    </w:tbl>
    <w:p>
      <w:pPr>
        <w:spacing w:after="40" w:line="240" w:lineRule="auto"/>
        <w:ind w:left="0"/>
      </w:pPr>
      <w:r>
        <w:rPr>
          <w:rFonts w:ascii="Arial" w:hAnsi="Arial" w:eastAsia="Arial"/>
          <w:b/>
          <w:i w:val="0"/>
          <w:color w:val="24364B"/>
          <w:sz w:val="13"/>
        </w:rPr>
        <w:t>Objaśnienia</w:t>
      </w:r>
    </w:p>
    <w:p>
      <w:pPr>
        <w:spacing w:after="2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1"/>
        </w:rPr>
        <w:t>1) Oświadczenia i wnioski według niniejszego wzoru mogą być złożone przez podatnika, jeśli nie złożył on oświadczeń i wniosków w inny sposób wskazany przez płatnika. Płatnik może wyznaczyć inny sposób przyjmowania oświadczeń i wniosków mających wpływ na obliczenie zaliczki na podatek (np. poprzez elektroniczny system kadrowo-płacowy).</w:t>
      </w:r>
    </w:p>
    <w:p>
      <w:pPr>
        <w:spacing w:after="2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1"/>
        </w:rPr>
        <w:t>2) Oświadczenie w części C składa się zakładowi pracy, o którym mowa w art. 32 ustawy oraz płatnikowi, o którym mowa w art. 41 ust. 1 ustawy (np. zleceniodawcy, zamawiającemu dzieło).</w:t>
      </w:r>
    </w:p>
    <w:p>
      <w:pPr>
        <w:spacing w:after="2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1"/>
        </w:rPr>
        <w:t>3) Zgodnie z art. 31b ustawy.</w:t>
      </w:r>
    </w:p>
    <w:p>
      <w:pPr>
        <w:spacing w:after="2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1"/>
        </w:rPr>
        <w:t>4) Oświadczenie w części D składa się rolniczej spółdzielni produkcyjnej i innym spółdzielniom zajmującym się produkcją rolną oraz organowi egzekucyjnemu wypłacającemu za zakład pracy należności ze stosunku pracy i stosunków pokrewnych lub podmiotowi niebędącemu następcą prawnym zakładu pracy, przejmującemu zobowiązania zakładu pracy wynikające ze stosunku pracy i stosunków pokrewnych.</w:t>
      </w:r>
    </w:p>
    <w:p>
      <w:pPr>
        <w:spacing w:after="2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1"/>
        </w:rPr>
        <w:t>5) Zgodnie z art. 31b ust. 3 i 4 ustawy.</w:t>
      </w:r>
    </w:p>
    <w:p>
      <w:pPr>
        <w:spacing w:after="2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1"/>
        </w:rPr>
        <w:t>6) Oświadczenie w części E składa się zakładowi pracy, o którym mowa w art. 32 ustawy, rolniczej spółdzielni produkcyjnej oraz innym spółdzielniom zajmującym się produkcją rolną.</w:t>
      </w:r>
    </w:p>
    <w:p>
      <w:pPr>
        <w:spacing w:after="2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1"/>
        </w:rPr>
        <w:t>7) Zgodnie z art. 6 ust. 2 albo 4d ustawy.</w:t>
      </w:r>
    </w:p>
    <w:p>
      <w:pPr>
        <w:spacing w:after="2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1"/>
        </w:rPr>
        <w:t>8) Niepotrzebne skreślić.</w:t>
      </w:r>
    </w:p>
    <w:p>
      <w:pPr>
        <w:spacing w:after="2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1"/>
        </w:rPr>
        <w:t>9) Zgodnie z art. 22 ust. 2 pkt 3 ustawy.</w:t>
      </w:r>
    </w:p>
    <w:p>
      <w:pPr>
        <w:spacing w:after="2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1"/>
        </w:rPr>
        <w:t>10) Oświadczenie w części G składa się płatnikowi wypłacającemu przychody ze stosunku służbowego, stosunku pracy, pracy nakładczej i spółdzielczego stosunku pracy, z umów zlecenia, o których mowa w art. 13 pkt 8 ustawy, oraz z zasiłku macierzyńskiego.</w:t>
      </w:r>
    </w:p>
    <w:p>
      <w:pPr>
        <w:spacing w:after="2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1"/>
        </w:rPr>
        <w:t>11) Wniosek w części H składa się płatnikowi wypłacającemu przychody ze stosunku służbowego, stosunku pracy, pracy nakładczej i spółdzielczego stosunku pracy, z umów zlecenia, o których mowa w art. 13 pkt 8 ustawy, oraz z zasiłku macierzyńskiego. Jeśli płatnikiem jest zakład pracy, można zaznaczyć dwa kwadraty.</w:t>
      </w:r>
    </w:p>
    <w:p>
      <w:pPr>
        <w:spacing w:after="2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1"/>
        </w:rPr>
        <w:t>12) Zgodnie z art. 21 ust. 1 pkt 148 ustawy.</w:t>
      </w:r>
    </w:p>
    <w:p>
      <w:pPr>
        <w:spacing w:after="2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1"/>
        </w:rPr>
        <w:t>13) Zgodnie z art. 22 ust. 2 pkt 1 lub 3 ustawy.</w:t>
      </w:r>
    </w:p>
    <w:p>
      <w:pPr>
        <w:spacing w:after="2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1"/>
        </w:rPr>
        <w:t>14) Wniosek w części I może być złożony zakładowi pracy, o którym mowa w art. 32 ustawy, lub płatnikowi, o którym mowa w art. 41 ust. 1 ustawy.</w:t>
      </w:r>
    </w:p>
    <w:p>
      <w:pPr>
        <w:spacing w:after="2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1"/>
        </w:rPr>
        <w:t>15) Zgodnie z art. 22 ust. 9 pkt 1-3 ustawy.</w:t>
      </w:r>
    </w:p>
    <w:p>
      <w:pPr>
        <w:spacing w:after="2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1"/>
        </w:rPr>
        <w:t>16) Wniosek w części J może być złożony zakładowi pracy, o którym mowa w art. 32 ustawy, rolniczej spółdzielni produkcyjnej i innym spółdzielniom zajmującym się produkcją rolną oraz płatnikowi, o którym mowa w art. 41 ust. 1 ustawy (np. zleceniodawcy, zamawiającemu dzieło).</w:t>
      </w:r>
    </w:p>
    <w:p>
      <w:r>
        <w:br w:type="page"/>
      </w:r>
    </w:p>
    <w:p>
      <w:pPr>
        <w:spacing w:after="0"/>
        <w:jc w:val="center"/>
      </w:pPr>
      <w:r>
        <w:rPr>
          <w:rFonts w:ascii="Garamond" w:hAnsi="Garamond" w:eastAsia="Garamond"/>
          <w:b/>
          <w:i w:val="0"/>
          <w:color w:val="0B2D4F"/>
          <w:sz w:val="29"/>
        </w:rPr>
        <w:t>PIT-2</w:t>
      </w:r>
    </w:p>
    <w:p>
      <w:pPr>
        <w:spacing w:after="80"/>
        <w:jc w:val="center"/>
      </w:pPr>
      <w:r>
        <w:rPr>
          <w:rFonts w:ascii="Arial" w:hAnsi="Arial" w:eastAsia="Arial"/>
          <w:b/>
          <w:i w:val="0"/>
          <w:color w:val="24364B"/>
          <w:sz w:val="16"/>
        </w:rPr>
        <w:t>OŚWIADCZENIA / WNIOSKI podatnika - objaśnienia</w:t>
      </w:r>
    </w:p>
    <w:p>
      <w:pPr>
        <w:spacing w:after="40"/>
        <w:jc w:val="right"/>
      </w:pPr>
      <w:r>
        <w:rPr>
          <w:rFonts w:ascii="Arial" w:hAnsi="Arial" w:eastAsia="Arial"/>
          <w:b/>
          <w:i w:val="0"/>
          <w:color w:val="6B7785"/>
          <w:sz w:val="13"/>
        </w:rPr>
        <w:t>PIT-2(9)  •  str. 3/3</w:t>
      </w:r>
    </w:p>
    <w:p>
      <w:pPr>
        <w:spacing w:after="8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4"/>
        </w:rPr>
        <w:t>Oświadczenia i wnioski dotyczą również kolejnych lat podatkowych.</w:t>
      </w:r>
    </w:p>
    <w:p>
      <w:pPr>
        <w:spacing w:after="8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4"/>
        </w:rPr>
        <w:t>Podatnik jest obowiązany wycofać lub zmienić złożone uprzednio oświadczenie lub wniosek, jeżeli zmieniły się okoliczności mające wpływ na obliczenie zaliczki na podatek.</w:t>
      </w:r>
    </w:p>
    <w:p>
      <w:pPr>
        <w:spacing w:after="8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4"/>
        </w:rPr>
        <w:t>Wycofanie i zmiana złożonego wcześniej oświadczenia lub wniosku następuje poprzez złożenie nowego oświadczenia lub wniosku.</w:t>
      </w:r>
    </w:p>
    <w:p>
      <w:pPr>
        <w:spacing w:after="8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4"/>
        </w:rPr>
        <w:t>Przykładowo, jeśli podatnik chce zmienić lub wycofać wcześniej złożone zakładowi pracy oświadczenie w zakresie stosowania kwoty zmniejszającej podatek, to wypełnia część C. Przy czym w przypadku zmiany wcześniejszego oświadczenia, podatnik wypełnia poz. 6, a w przypadku wycofania uprzednio złożonego oświadczenia, wypełnia poz. 7.</w:t>
      </w:r>
    </w:p>
    <w:p>
      <w:pPr>
        <w:spacing w:after="8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4"/>
        </w:rPr>
        <w:t>Płatnik uwzględnia oświadczenie/wniosek najpóźniej od miesiąca następnego po miesiącu, w którym otrzymał to oświadczenie/wniosek.</w:t>
      </w:r>
    </w:p>
    <w:p>
      <w:pPr>
        <w:spacing w:after="8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4"/>
        </w:rPr>
        <w:t>Po ustaniu stosunku prawnego łączącego strony, płatnik przy obliczaniu zaliczek na podatek nie stosuje oświadczeń i wniosków złożonych uprzednio przez podatnika, z wyjątkiem wniosków podatnika zawartych w części H i I niniejszego formularza.</w:t>
      </w:r>
    </w:p>
    <w:p>
      <w:pPr>
        <w:spacing w:after="8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4"/>
        </w:rPr>
        <w:t>Część C i D może wypełnić podatnik, który uzyskuje w danym miesiącu przychody:</w:t>
      </w:r>
    </w:p>
    <w:p>
      <w:pPr>
        <w:spacing w:after="8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4"/>
        </w:rPr>
        <w:t>1) od więcej niż jednego płatnika, jeżeli:</w:t>
        <w:br/>
        <w:t xml:space="preserve">   a) łączna kwota pomniejszenia stosowana przez wszystkich płatników w tym miesiącu nie przekracza 1/12 kwoty zmniejszającej podatek oraz</w:t>
        <w:br/>
        <w:t xml:space="preserve">   b) w roku podatkowym podatnik nie skorzystał za pośrednictwem płatnika w pełnej wysokości z pomniejszenia kwoty zmniejszającej podatek, w tym także poprzez złożenie wniosku o niepobieranie zaliczek w danym roku podatkowym;</w:t>
      </w:r>
    </w:p>
    <w:p>
      <w:pPr>
        <w:spacing w:after="8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4"/>
        </w:rPr>
        <w:t>2) od tego samego płatnika z różnych tytułów, przy czym łączna kwota pomniejszenia zastosowana w tym miesiącu przez tego płatnika nie może przekroczyć kwoty wskazanej w tym oświadczeniu.</w:t>
      </w:r>
    </w:p>
    <w:p>
      <w:pPr>
        <w:spacing w:after="8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4"/>
        </w:rPr>
        <w:t>Część D wypełnia podatnik, który chce upoważnić płatnika stosującego z urzędu pomniejszenie zaliczki na podatek o 1/12 kwoty zmniejszającej podatek, do pomniejszania zaliczki na podatek w innej wysokości, tj. o 1/24 albo 1/36 kwoty zmniejszającej podatek.</w:t>
      </w:r>
    </w:p>
    <w:p>
      <w:pPr>
        <w:spacing w:after="80" w:line="240" w:lineRule="auto"/>
        <w:ind w:left="0"/>
      </w:pPr>
      <w:r>
        <w:rPr>
          <w:rFonts w:ascii="Arial" w:hAnsi="Arial" w:eastAsia="Arial"/>
          <w:b w:val="0"/>
          <w:i w:val="0"/>
          <w:color w:val="24364B"/>
          <w:sz w:val="14"/>
        </w:rPr>
        <w:t>Oświadczenie w zakresie części C i D podatnik może złożyć nie więcej niż trzem płatnikom.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shd w:fill="0B2D4F"/>
            <w:tcMar>
              <w:top w:w="35" w:type="dxa"/>
              <w:start w:w="50" w:type="dxa"/>
              <w:bottom w:w="35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. POUCZENIE</w:t>
            </w:r>
          </w:p>
        </w:tc>
      </w:tr>
    </w:tbl>
    <w:p>
      <w:pPr>
        <w:spacing w:after="0"/>
      </w:pPr>
    </w:p>
    <w:p>
      <w:pPr>
        <w:spacing w:after="40" w:line="240" w:lineRule="auto"/>
        <w:ind w:left="0"/>
      </w:pPr>
      <w:r>
        <w:rPr>
          <w:rFonts w:ascii="Arial" w:hAnsi="Arial" w:eastAsia="Arial"/>
          <w:b/>
          <w:i w:val="0"/>
          <w:color w:val="24364B"/>
          <w:sz w:val="15"/>
        </w:rPr>
        <w:t>Za podanie nieprawdy lub zatajenie prawdy i przez to narażenie podatku na uszczuplenie grozi odpowiedzialność przewidziana w Kodeksie karnym skarbowym.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510" w:right="624" w:bottom="510" w:left="624" w:header="85" w:footer="14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6B7785"/>
        <w:sz w:val="11"/>
      </w:rPr>
      <w:t>MB Biuro Usług Księgowych Monika Bender  •  m-bender.pl  •  ksiegowosc@m-bender.pl  •  531 405 500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drawing>
        <wp:inline xmlns:a="http://schemas.openxmlformats.org/drawingml/2006/main" xmlns:pic="http://schemas.openxmlformats.org/drawingml/2006/picture">
          <wp:extent cx="1655999" cy="407213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_mb_header_cris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5999" cy="407213"/>
                  </a:xfrm>
                  <a:prstGeom prst="rect"/>
                </pic:spPr>
              </pic:pic>
            </a:graphicData>
          </a:graphic>
        </wp:inline>
      </w:drawing>
    </w:r>
  </w:p>
  <w:p>
    <w:pPr>
      <w:spacing w:after="0"/>
      <w:pBdr>
        <w:bottom w:val="single" w:sz="8" w:space="1" w:color="C98A1A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Arial" w:hAnsi="Arial"/>
      <w:color w:val="24364B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PIT-2(9) - Oświadczenia / wnioski podatnika</dc:title>
  <dc:subject/>
  <dc:creator>MB Biuro Usług Księgowych Monika Bender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