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 w:after="20"/>
        <w:jc w:val="center"/>
      </w:pPr>
      <w:r>
        <w:rPr>
          <w:rFonts w:ascii="Garamond" w:hAnsi="Garamond" w:eastAsia="Garamond"/>
          <w:b/>
          <w:i w:val="0"/>
          <w:color w:val="0B2D4F"/>
          <w:sz w:val="30"/>
        </w:rPr>
        <w:t>DANE UBEZPIECZONEGO</w:t>
      </w:r>
    </w:p>
    <w:p>
      <w:pPr>
        <w:spacing w:after="140"/>
        <w:jc w:val="center"/>
      </w:pPr>
      <w:r>
        <w:rPr>
          <w:rFonts w:ascii="Arial" w:hAnsi="Arial" w:eastAsia="Arial"/>
          <w:b w:val="0"/>
          <w:i w:val="0"/>
          <w:color w:val="6B7785"/>
          <w:sz w:val="16"/>
        </w:rPr>
        <w:t>do przygotowania zgłoszenia ZUS ZUA / ZZA</w:t>
      </w:r>
    </w:p>
    <w:tbl>
      <w:tblPr>
        <w:tblW w:type="auto" w:w="0"/>
        <w:jc w:val="center"/>
        <w:tblLayout w:type="fixed"/>
        <w:tblLook w:firstColumn="1" w:firstRow="1" w:lastColumn="0" w:lastRow="0" w:noHBand="0" w:noVBand="1" w:val="04A0"/>
      </w:tblPr>
      <w:tblGrid>
        <w:gridCol w:w="10376"/>
      </w:tblGrid>
      <w:tr>
        <w:tc>
          <w:tcPr>
            <w:tcW w:type="dxa" w:w="10261"/>
            <w:shd w:fill="F5F1EA"/>
            <w:tcMar>
              <w:top w:w="90" w:type="dxa"/>
              <w:start w:w="110" w:type="dxa"/>
              <w:bottom w:w="90" w:type="dxa"/>
              <w:end w:w="110" w:type="dxa"/>
            </w:tcMar>
            <w:tcBorders>
              <w:top w:val="single" w:sz="4" w:color="E6DACB"/>
              <w:bottom w:val="single" w:sz="4" w:color="E6DACB"/>
              <w:left w:val="single" w:sz="4" w:color="E6DACB"/>
              <w:right w:val="single" w:sz="4" w:color="E6DACB"/>
            </w:tcBorders>
          </w:tcPr>
          <w:p>
            <w:pPr>
              <w:spacing w:after="0"/>
            </w:pPr>
            <w:r>
              <w:rPr>
                <w:rFonts w:ascii="Arial" w:hAnsi="Arial" w:eastAsia="Arial"/>
                <w:b w:val="0"/>
                <w:i w:val="0"/>
                <w:color w:val="6B7785"/>
                <w:sz w:val="15"/>
              </w:rPr>
              <w:t>Formularz pomocniczy do zebrania danych. Nie zastępuje urzędowych formularzy ZUS ZUA ani ZUS ZZA. Zakres został ułożony na podstawie aktualnych pól formularzy ZUS oraz informacji potrzebnych do ustalenia kodu tytułu ubezpieczenia.</w:t>
            </w:r>
          </w:p>
        </w:tc>
      </w:tr>
    </w:tbl>
    <w:p>
      <w:pPr>
        <w:spacing w:after="20"/>
      </w:pPr>
    </w:p>
    <w:p>
      <w:pPr>
        <w:spacing w:before="120" w:after="60"/>
      </w:pPr>
      <w:r>
        <w:rPr>
          <w:rFonts w:ascii="Arial" w:hAnsi="Arial" w:eastAsia="Arial"/>
          <w:b/>
          <w:i w:val="0"/>
          <w:color w:val="C98A1A"/>
          <w:sz w:val="21"/>
        </w:rPr>
        <w:t xml:space="preserve">I. </w:t>
      </w:r>
      <w:r>
        <w:rPr>
          <w:rFonts w:ascii="Arial" w:hAnsi="Arial" w:eastAsia="Arial"/>
          <w:b/>
          <w:i w:val="0"/>
          <w:color w:val="0B2D4F"/>
          <w:sz w:val="21"/>
        </w:rPr>
        <w:t>Dane identyfikacyjne</w:t>
      </w:r>
    </w:p>
    <w:p>
      <w:pPr>
        <w:spacing w:after="20"/>
      </w:pPr>
      <w:r>
        <w:rPr>
          <w:rFonts w:ascii="Arial" w:hAnsi="Arial" w:eastAsia="Arial"/>
          <w:b/>
          <w:i w:val="0"/>
          <w:color w:val="C98A1A"/>
          <w:sz w:val="14"/>
        </w:rPr>
        <w:t>PESEL</w:t>
      </w:r>
    </w:p>
    <w:tbl>
      <w:tblPr>
        <w:tblW w:type="auto" w:w="0"/>
        <w:jc w:val="center"/>
        <w:tblLayout w:type="fixed"/>
        <w:tblLook w:firstColumn="1" w:firstRow="1" w:lastColumn="0" w:lastRow="0" w:noHBand="0" w:noVBand="1" w:val="04A0"/>
      </w:tblPr>
      <w:tblGrid>
        <w:gridCol w:w="10376"/>
      </w:tblGrid>
      <w:tr>
        <w:trPr>
          <w:trHeight w:val="386"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tbl>
      <w:tblPr>
        <w:tblW w:type="auto" w:w="0"/>
        <w:jc w:val="center"/>
        <w:tblLayout w:type="fixed"/>
        <w:tblLook w:firstColumn="1" w:firstRow="1" w:lastColumn="0" w:lastRow="0" w:noHBand="0" w:noVBand="1" w:val="04A0"/>
      </w:tblPr>
      <w:tblGrid>
        <w:gridCol w:w="5188"/>
        <w:gridCol w:w="5188"/>
      </w:tblGrid>
      <w:tr>
        <w:tc>
          <w:tcPr>
            <w:tcW w:type="dxa" w:w="5017"/>
            <w:tcBorders>
              <w:top w:val="nil"/>
              <w:bottom w:val="nil"/>
              <w:left w:val="nil"/>
              <w:right w:val="nil"/>
              <w:insideH w:val="nil"/>
              <w:insideV w:val="nil"/>
            </w:tcBorders>
            <w:tcMar>
              <w:top w:w="0" w:type="dxa"/>
              <w:start w:w="0" w:type="dxa"/>
              <w:bottom w:w="0" w:type="dxa"/>
              <w:end w:w="80" w:type="dxa"/>
            </w:tcMar>
          </w:tcPr>
          <w:p>
            <w:pPr>
              <w:spacing w:after="20"/>
            </w:pPr>
            <w:r>
              <w:rPr>
                <w:rFonts w:ascii="Arial" w:hAnsi="Arial" w:eastAsia="Arial"/>
                <w:b/>
                <w:i w:val="0"/>
                <w:color w:val="C98A1A"/>
                <w:sz w:val="14"/>
              </w:rPr>
              <w:t>RODZAJ DOKUMENTU TOŻSAMOŚCI - JEŻELI POTRZEBNY</w:t>
            </w:r>
          </w:p>
        </w:tc>
        <w:tc>
          <w:tcPr>
            <w:tcW w:type="dxa" w:w="5017"/>
            <w:tcBorders>
              <w:top w:val="nil"/>
              <w:bottom w:val="nil"/>
              <w:left w:val="nil"/>
              <w:right w:val="nil"/>
              <w:insideH w:val="nil"/>
              <w:insideV w:val="nil"/>
            </w:tcBorders>
            <w:tcMar>
              <w:top w:w="0" w:type="dxa"/>
              <w:start w:w="0" w:type="dxa"/>
              <w:bottom w:w="0" w:type="dxa"/>
              <w:end w:w="0" w:type="dxa"/>
            </w:tcMar>
          </w:tcPr>
          <w:p>
            <w:pPr>
              <w:spacing w:after="20"/>
            </w:pPr>
            <w:r>
              <w:rPr>
                <w:rFonts w:ascii="Arial" w:hAnsi="Arial" w:eastAsia="Arial"/>
                <w:b/>
                <w:i w:val="0"/>
                <w:color w:val="C98A1A"/>
                <w:sz w:val="14"/>
              </w:rPr>
              <w:t>SERIA I NUMER DOKUMENTU</w:t>
            </w:r>
          </w:p>
        </w:tc>
      </w:tr>
      <w:tr>
        <w:trPr>
          <w:trHeight w:val="408" w:hRule="exact"/>
        </w:trPr>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NAZWISKO</w:t>
      </w:r>
    </w:p>
    <w:tbl>
      <w:tblPr>
        <w:tblW w:type="auto" w:w="0"/>
        <w:jc w:val="center"/>
        <w:tblLayout w:type="fixed"/>
        <w:tblLook w:firstColumn="1" w:firstRow="1" w:lastColumn="0" w:lastRow="0" w:noHBand="0" w:noVBand="1" w:val="04A0"/>
      </w:tblPr>
      <w:tblGrid>
        <w:gridCol w:w="10376"/>
      </w:tblGrid>
      <w:tr>
        <w:trPr>
          <w:trHeight w:val="363"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tbl>
      <w:tblPr>
        <w:tblW w:type="auto" w:w="0"/>
        <w:jc w:val="center"/>
        <w:tblLayout w:type="fixed"/>
        <w:tblLook w:firstColumn="1" w:firstRow="1" w:lastColumn="0" w:lastRow="0" w:noHBand="0" w:noVBand="1" w:val="04A0"/>
      </w:tblPr>
      <w:tblGrid>
        <w:gridCol w:w="5188"/>
        <w:gridCol w:w="5188"/>
      </w:tblGrid>
      <w:tr>
        <w:tc>
          <w:tcPr>
            <w:tcW w:type="dxa" w:w="5017"/>
            <w:tcBorders>
              <w:top w:val="nil"/>
              <w:bottom w:val="nil"/>
              <w:left w:val="nil"/>
              <w:right w:val="nil"/>
              <w:insideH w:val="nil"/>
              <w:insideV w:val="nil"/>
            </w:tcBorders>
            <w:tcMar>
              <w:top w:w="0" w:type="dxa"/>
              <w:start w:w="0" w:type="dxa"/>
              <w:bottom w:w="0" w:type="dxa"/>
              <w:end w:w="80" w:type="dxa"/>
            </w:tcMar>
          </w:tcPr>
          <w:p>
            <w:pPr>
              <w:spacing w:after="20"/>
            </w:pPr>
            <w:r>
              <w:rPr>
                <w:rFonts w:ascii="Arial" w:hAnsi="Arial" w:eastAsia="Arial"/>
                <w:b/>
                <w:i w:val="0"/>
                <w:color w:val="C98A1A"/>
                <w:sz w:val="14"/>
              </w:rPr>
              <w:t>IMIĘ PIERWSZE</w:t>
            </w:r>
          </w:p>
        </w:tc>
        <w:tc>
          <w:tcPr>
            <w:tcW w:type="dxa" w:w="5017"/>
            <w:tcBorders>
              <w:top w:val="nil"/>
              <w:bottom w:val="nil"/>
              <w:left w:val="nil"/>
              <w:right w:val="nil"/>
              <w:insideH w:val="nil"/>
              <w:insideV w:val="nil"/>
            </w:tcBorders>
            <w:tcMar>
              <w:top w:w="0" w:type="dxa"/>
              <w:start w:w="0" w:type="dxa"/>
              <w:bottom w:w="0" w:type="dxa"/>
              <w:end w:w="0" w:type="dxa"/>
            </w:tcMar>
          </w:tcPr>
          <w:p>
            <w:pPr>
              <w:spacing w:after="20"/>
            </w:pPr>
            <w:r>
              <w:rPr>
                <w:rFonts w:ascii="Arial" w:hAnsi="Arial" w:eastAsia="Arial"/>
                <w:b/>
                <w:i w:val="0"/>
                <w:color w:val="C98A1A"/>
                <w:sz w:val="14"/>
              </w:rPr>
              <w:t>IMIĘ DRUGIE</w:t>
            </w:r>
          </w:p>
        </w:tc>
      </w:tr>
      <w:tr>
        <w:trPr>
          <w:trHeight w:val="363" w:hRule="exact"/>
        </w:trPr>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r>
    </w:tbl>
    <w:p>
      <w:pPr>
        <w:spacing w:after="0"/>
      </w:pPr>
    </w:p>
    <w:tbl>
      <w:tblPr>
        <w:tblW w:type="auto" w:w="0"/>
        <w:jc w:val="center"/>
        <w:tblLayout w:type="fixed"/>
        <w:tblLook w:firstColumn="1" w:firstRow="1" w:lastColumn="0" w:lastRow="0" w:noHBand="0" w:noVBand="1" w:val="04A0"/>
      </w:tblPr>
      <w:tblGrid>
        <w:gridCol w:w="5188"/>
        <w:gridCol w:w="5188"/>
      </w:tblGrid>
      <w:tr>
        <w:tc>
          <w:tcPr>
            <w:tcW w:type="dxa" w:w="5017"/>
            <w:tcBorders>
              <w:top w:val="nil"/>
              <w:bottom w:val="nil"/>
              <w:left w:val="nil"/>
              <w:right w:val="nil"/>
              <w:insideH w:val="nil"/>
              <w:insideV w:val="nil"/>
            </w:tcBorders>
            <w:tcMar>
              <w:top w:w="0" w:type="dxa"/>
              <w:start w:w="0" w:type="dxa"/>
              <w:bottom w:w="0" w:type="dxa"/>
              <w:end w:w="80" w:type="dxa"/>
            </w:tcMar>
          </w:tcPr>
          <w:p>
            <w:pPr>
              <w:spacing w:after="20"/>
            </w:pPr>
            <w:r>
              <w:rPr>
                <w:rFonts w:ascii="Arial" w:hAnsi="Arial" w:eastAsia="Arial"/>
                <w:b/>
                <w:i w:val="0"/>
                <w:color w:val="C98A1A"/>
                <w:sz w:val="14"/>
              </w:rPr>
              <w:t>DATA URODZENIA (DD/MM/RRRR)</w:t>
            </w:r>
          </w:p>
        </w:tc>
        <w:tc>
          <w:tcPr>
            <w:tcW w:type="dxa" w:w="5017"/>
            <w:tcBorders>
              <w:top w:val="nil"/>
              <w:bottom w:val="nil"/>
              <w:left w:val="nil"/>
              <w:right w:val="nil"/>
              <w:insideH w:val="nil"/>
              <w:insideV w:val="nil"/>
            </w:tcBorders>
            <w:tcMar>
              <w:top w:w="0" w:type="dxa"/>
              <w:start w:w="0" w:type="dxa"/>
              <w:bottom w:w="0" w:type="dxa"/>
              <w:end w:w="0" w:type="dxa"/>
            </w:tcMar>
          </w:tcPr>
          <w:p>
            <w:pPr>
              <w:spacing w:after="20"/>
            </w:pPr>
            <w:r>
              <w:rPr>
                <w:rFonts w:ascii="Arial" w:hAnsi="Arial" w:eastAsia="Arial"/>
                <w:b/>
                <w:i w:val="0"/>
                <w:color w:val="C98A1A"/>
                <w:sz w:val="14"/>
              </w:rPr>
              <w:t>PŁEĆ: K / M</w:t>
            </w:r>
          </w:p>
        </w:tc>
      </w:tr>
      <w:tr>
        <w:trPr>
          <w:trHeight w:val="363" w:hRule="exact"/>
        </w:trPr>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NAZWISKO RODOWE</w:t>
      </w:r>
    </w:p>
    <w:tbl>
      <w:tblPr>
        <w:tblW w:type="auto" w:w="0"/>
        <w:jc w:val="center"/>
        <w:tblLayout w:type="fixed"/>
        <w:tblLook w:firstColumn="1" w:firstRow="1" w:lastColumn="0" w:lastRow="0" w:noHBand="0" w:noVBand="1" w:val="04A0"/>
      </w:tblPr>
      <w:tblGrid>
        <w:gridCol w:w="10376"/>
      </w:tblGrid>
      <w:tr>
        <w:trPr>
          <w:trHeight w:val="363"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OBYWATELSTWO</w:t>
      </w:r>
    </w:p>
    <w:tbl>
      <w:tblPr>
        <w:tblW w:type="auto" w:w="0"/>
        <w:jc w:val="center"/>
        <w:tblLayout w:type="fixed"/>
        <w:tblLook w:firstColumn="1" w:firstRow="1" w:lastColumn="0" w:lastRow="0" w:noHBand="0" w:noVBand="1" w:val="04A0"/>
      </w:tblPr>
      <w:tblGrid>
        <w:gridCol w:w="10376"/>
      </w:tblGrid>
      <w:tr>
        <w:trPr>
          <w:trHeight w:val="363"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p>
      <w:pPr>
        <w:spacing w:before="120" w:after="60"/>
      </w:pPr>
      <w:r>
        <w:rPr>
          <w:rFonts w:ascii="Arial" w:hAnsi="Arial" w:eastAsia="Arial"/>
          <w:b/>
          <w:i w:val="0"/>
          <w:color w:val="C98A1A"/>
          <w:sz w:val="21"/>
        </w:rPr>
        <w:t xml:space="preserve">II. </w:t>
      </w:r>
      <w:r>
        <w:rPr>
          <w:rFonts w:ascii="Arial" w:hAnsi="Arial" w:eastAsia="Arial"/>
          <w:b/>
          <w:i w:val="0"/>
          <w:color w:val="0B2D4F"/>
          <w:sz w:val="21"/>
        </w:rPr>
        <w:t>Informacje wpływające na zgłoszenie do ubezpieczeń</w:t>
      </w:r>
    </w:p>
    <w:p>
      <w:pPr>
        <w:spacing w:after="40"/>
        <w:ind w:left="198"/>
      </w:pPr>
      <w:r>
        <w:rPr>
          <w:rFonts w:ascii="Arial" w:hAnsi="Arial" w:eastAsia="Arial"/>
          <w:b w:val="0"/>
          <w:i w:val="0"/>
          <w:color w:val="0B2D4F"/>
          <w:sz w:val="20"/>
        </w:rPr>
        <w:t xml:space="preserve">☐ </w:t>
      </w:r>
      <w:r>
        <w:rPr>
          <w:rFonts w:ascii="Arial" w:hAnsi="Arial" w:eastAsia="Arial"/>
          <w:b w:val="0"/>
          <w:i w:val="0"/>
          <w:color w:val="24364B"/>
          <w:sz w:val="17"/>
        </w:rPr>
        <w:t>mam ustalone prawo do emerytury</w:t>
      </w:r>
    </w:p>
    <w:p>
      <w:pPr>
        <w:spacing w:after="40"/>
        <w:ind w:left="198"/>
      </w:pPr>
      <w:r>
        <w:rPr>
          <w:rFonts w:ascii="Arial" w:hAnsi="Arial" w:eastAsia="Arial"/>
          <w:b w:val="0"/>
          <w:i w:val="0"/>
          <w:color w:val="0B2D4F"/>
          <w:sz w:val="20"/>
        </w:rPr>
        <w:t xml:space="preserve">☐ </w:t>
      </w:r>
      <w:r>
        <w:rPr>
          <w:rFonts w:ascii="Arial" w:hAnsi="Arial" w:eastAsia="Arial"/>
          <w:b w:val="0"/>
          <w:i w:val="0"/>
          <w:color w:val="24364B"/>
          <w:sz w:val="17"/>
        </w:rPr>
        <w:t>mam ustalone prawo do renty</w:t>
      </w:r>
    </w:p>
    <w:p>
      <w:pPr>
        <w:spacing w:after="40"/>
        <w:ind w:left="198"/>
      </w:pPr>
      <w:r>
        <w:rPr>
          <w:rFonts w:ascii="Arial" w:hAnsi="Arial" w:eastAsia="Arial"/>
          <w:b w:val="0"/>
          <w:i w:val="0"/>
          <w:color w:val="0B2D4F"/>
          <w:sz w:val="20"/>
        </w:rPr>
        <w:t xml:space="preserve">☐ </w:t>
      </w:r>
      <w:r>
        <w:rPr>
          <w:rFonts w:ascii="Arial" w:hAnsi="Arial" w:eastAsia="Arial"/>
          <w:b w:val="0"/>
          <w:i w:val="0"/>
          <w:color w:val="24364B"/>
          <w:sz w:val="17"/>
        </w:rPr>
        <w:t>posiadam orzeczenie o stopniu niepełnosprawności</w:t>
      </w:r>
    </w:p>
    <w:p>
      <w:pPr>
        <w:spacing w:after="40"/>
        <w:ind w:left="198"/>
      </w:pPr>
      <w:r>
        <w:rPr>
          <w:rFonts w:ascii="Arial" w:hAnsi="Arial" w:eastAsia="Arial"/>
          <w:b w:val="0"/>
          <w:i w:val="0"/>
          <w:color w:val="0B2D4F"/>
          <w:sz w:val="20"/>
        </w:rPr>
        <w:t xml:space="preserve">☐ </w:t>
      </w:r>
      <w:r>
        <w:rPr>
          <w:rFonts w:ascii="Arial" w:hAnsi="Arial" w:eastAsia="Arial"/>
          <w:b w:val="0"/>
          <w:i w:val="0"/>
          <w:color w:val="24364B"/>
          <w:sz w:val="17"/>
        </w:rPr>
        <w:t>jestem uczniem / studentem i nie ukończyłam/em 26 lat - jeżeli dotyczy umowy cywilnoprawnej</w:t>
      </w:r>
    </w:p>
    <w:p>
      <w:pPr>
        <w:spacing w:after="40"/>
        <w:ind w:left="198"/>
      </w:pPr>
      <w:r>
        <w:rPr>
          <w:rFonts w:ascii="Arial" w:hAnsi="Arial" w:eastAsia="Arial"/>
          <w:b w:val="0"/>
          <w:i w:val="0"/>
          <w:color w:val="0B2D4F"/>
          <w:sz w:val="20"/>
        </w:rPr>
        <w:t xml:space="preserve">☐ </w:t>
      </w:r>
      <w:r>
        <w:rPr>
          <w:rFonts w:ascii="Arial" w:hAnsi="Arial" w:eastAsia="Arial"/>
          <w:b w:val="0"/>
          <w:i w:val="0"/>
          <w:color w:val="24364B"/>
          <w:sz w:val="17"/>
        </w:rPr>
        <w:t>mam inny tytuł do ubezpieczeń społecznych - np. zatrudnienie u innego pracodawcy, działalność gospodarcza lub inna umowa</w:t>
      </w:r>
    </w:p>
    <w:tbl>
      <w:tblPr>
        <w:tblW w:type="auto" w:w="0"/>
        <w:jc w:val="center"/>
        <w:tblLayout w:type="fixed"/>
        <w:tblLook w:firstColumn="1" w:firstRow="1" w:lastColumn="0" w:lastRow="0" w:noHBand="0" w:noVBand="1" w:val="04A0"/>
      </w:tblPr>
      <w:tblGrid>
        <w:gridCol w:w="5188"/>
        <w:gridCol w:w="5188"/>
      </w:tblGrid>
      <w:tr>
        <w:tc>
          <w:tcPr>
            <w:tcW w:type="dxa" w:w="5017"/>
            <w:tcBorders>
              <w:top w:val="nil"/>
              <w:bottom w:val="nil"/>
              <w:left w:val="nil"/>
              <w:right w:val="nil"/>
              <w:insideH w:val="nil"/>
              <w:insideV w:val="nil"/>
            </w:tcBorders>
            <w:tcMar>
              <w:top w:w="0" w:type="dxa"/>
              <w:start w:w="0" w:type="dxa"/>
              <w:bottom w:w="0" w:type="dxa"/>
              <w:end w:w="80" w:type="dxa"/>
            </w:tcMar>
          </w:tcPr>
          <w:p>
            <w:pPr>
              <w:spacing w:after="20"/>
            </w:pPr>
            <w:r>
              <w:rPr>
                <w:rFonts w:ascii="Arial" w:hAnsi="Arial" w:eastAsia="Arial"/>
                <w:b/>
                <w:i w:val="0"/>
                <w:color w:val="C98A1A"/>
                <w:sz w:val="14"/>
              </w:rPr>
              <w:t>STOPIEŃ NIEPEŁNOSPRAWNOŚCI - JEŚLI DOTYCZY</w:t>
            </w:r>
          </w:p>
        </w:tc>
        <w:tc>
          <w:tcPr>
            <w:tcW w:type="dxa" w:w="5017"/>
            <w:tcBorders>
              <w:top w:val="nil"/>
              <w:bottom w:val="nil"/>
              <w:left w:val="nil"/>
              <w:right w:val="nil"/>
              <w:insideH w:val="nil"/>
              <w:insideV w:val="nil"/>
            </w:tcBorders>
            <w:tcMar>
              <w:top w:w="0" w:type="dxa"/>
              <w:start w:w="0" w:type="dxa"/>
              <w:bottom w:w="0" w:type="dxa"/>
              <w:end w:w="0" w:type="dxa"/>
            </w:tcMar>
          </w:tcPr>
          <w:p>
            <w:pPr>
              <w:spacing w:after="20"/>
            </w:pPr>
            <w:r>
              <w:rPr>
                <w:rFonts w:ascii="Arial" w:hAnsi="Arial" w:eastAsia="Arial"/>
                <w:b/>
                <w:i w:val="0"/>
                <w:color w:val="C98A1A"/>
                <w:sz w:val="14"/>
              </w:rPr>
              <w:t>OKRES WAŻNOŚCI ORZECZENIA</w:t>
            </w:r>
          </w:p>
        </w:tc>
      </w:tr>
      <w:tr>
        <w:trPr>
          <w:trHeight w:val="408" w:hRule="exact"/>
        </w:trPr>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INNY TYTUŁ DO UBEZPIECZEŃ - OPISZ, JEŚLI ZAZNACZONO POWYŻEJ</w:t>
      </w:r>
    </w:p>
    <w:tbl>
      <w:tblPr>
        <w:tblW w:type="auto" w:w="0"/>
        <w:jc w:val="center"/>
        <w:tblLayout w:type="fixed"/>
        <w:tblLook w:firstColumn="1" w:firstRow="1" w:lastColumn="0" w:lastRow="0" w:noHBand="0" w:noVBand="1" w:val="04A0"/>
      </w:tblPr>
      <w:tblGrid>
        <w:gridCol w:w="10376"/>
      </w:tblGrid>
      <w:tr>
        <w:trPr>
          <w:trHeight w:val="499"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p>
      <w:r>
        <w:br w:type="page"/>
      </w:r>
    </w:p>
    <w:p>
      <w:pPr>
        <w:spacing w:before="60" w:after="20"/>
        <w:jc w:val="center"/>
      </w:pPr>
      <w:r>
        <w:rPr>
          <w:rFonts w:ascii="Garamond" w:hAnsi="Garamond" w:eastAsia="Garamond"/>
          <w:b/>
          <w:i w:val="0"/>
          <w:color w:val="0B2D4F"/>
          <w:sz w:val="30"/>
        </w:rPr>
        <w:t>DANE UBEZPIECZONEGO</w:t>
      </w:r>
    </w:p>
    <w:p>
      <w:pPr>
        <w:spacing w:after="140"/>
        <w:jc w:val="center"/>
      </w:pPr>
      <w:r>
        <w:rPr>
          <w:rFonts w:ascii="Arial" w:hAnsi="Arial" w:eastAsia="Arial"/>
          <w:b w:val="0"/>
          <w:i w:val="0"/>
          <w:color w:val="6B7785"/>
          <w:sz w:val="16"/>
        </w:rPr>
        <w:t>adresy i dane kontaktowe</w:t>
      </w:r>
    </w:p>
    <w:p>
      <w:pPr>
        <w:spacing w:before="120" w:after="60"/>
      </w:pPr>
      <w:r>
        <w:rPr>
          <w:rFonts w:ascii="Arial" w:hAnsi="Arial" w:eastAsia="Arial"/>
          <w:b/>
          <w:i w:val="0"/>
          <w:color w:val="C98A1A"/>
          <w:sz w:val="21"/>
        </w:rPr>
        <w:t xml:space="preserve">III. </w:t>
      </w:r>
      <w:r>
        <w:rPr>
          <w:rFonts w:ascii="Arial" w:hAnsi="Arial" w:eastAsia="Arial"/>
          <w:b/>
          <w:i w:val="0"/>
          <w:color w:val="0B2D4F"/>
          <w:sz w:val="21"/>
        </w:rPr>
        <w:t>Adres zameldowania na stałe miejsce pobytu</w:t>
      </w:r>
    </w:p>
    <w:tbl>
      <w:tblPr>
        <w:tblW w:type="auto" w:w="0"/>
        <w:jc w:val="center"/>
        <w:tblLayout w:type="fixed"/>
        <w:tblLook w:firstColumn="1" w:firstRow="1" w:lastColumn="0" w:lastRow="0" w:noHBand="0" w:noVBand="1" w:val="04A0"/>
      </w:tblPr>
      <w:tblGrid>
        <w:gridCol w:w="5188"/>
        <w:gridCol w:w="5188"/>
      </w:tblGrid>
      <w:tr>
        <w:tc>
          <w:tcPr>
            <w:tcW w:type="dxa" w:w="5017"/>
            <w:tcBorders>
              <w:top w:val="nil"/>
              <w:bottom w:val="nil"/>
              <w:left w:val="nil"/>
              <w:right w:val="nil"/>
              <w:insideH w:val="nil"/>
              <w:insideV w:val="nil"/>
            </w:tcBorders>
            <w:tcMar>
              <w:top w:w="0" w:type="dxa"/>
              <w:start w:w="0" w:type="dxa"/>
              <w:bottom w:w="0" w:type="dxa"/>
              <w:end w:w="80" w:type="dxa"/>
            </w:tcMar>
          </w:tcPr>
          <w:p>
            <w:pPr>
              <w:spacing w:after="20"/>
            </w:pPr>
            <w:r>
              <w:rPr>
                <w:rFonts w:ascii="Arial" w:hAnsi="Arial" w:eastAsia="Arial"/>
                <w:b/>
                <w:i w:val="0"/>
                <w:color w:val="C98A1A"/>
                <w:sz w:val="14"/>
              </w:rPr>
              <w:t>KOD POCZTOWY</w:t>
            </w:r>
          </w:p>
        </w:tc>
        <w:tc>
          <w:tcPr>
            <w:tcW w:type="dxa" w:w="5017"/>
            <w:tcBorders>
              <w:top w:val="nil"/>
              <w:bottom w:val="nil"/>
              <w:left w:val="nil"/>
              <w:right w:val="nil"/>
              <w:insideH w:val="nil"/>
              <w:insideV w:val="nil"/>
            </w:tcBorders>
            <w:tcMar>
              <w:top w:w="0" w:type="dxa"/>
              <w:start w:w="0" w:type="dxa"/>
              <w:bottom w:w="0" w:type="dxa"/>
              <w:end w:w="0" w:type="dxa"/>
            </w:tcMar>
          </w:tcPr>
          <w:p>
            <w:pPr>
              <w:spacing w:after="20"/>
            </w:pPr>
            <w:r>
              <w:rPr>
                <w:rFonts w:ascii="Arial" w:hAnsi="Arial" w:eastAsia="Arial"/>
                <w:b/>
                <w:i w:val="0"/>
                <w:color w:val="C98A1A"/>
                <w:sz w:val="14"/>
              </w:rPr>
              <w:t>MIEJSCOWOŚĆ</w:t>
            </w:r>
          </w:p>
        </w:tc>
      </w:tr>
      <w:tr>
        <w:trPr>
          <w:trHeight w:val="329" w:hRule="exact"/>
        </w:trPr>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GMINA / DZIELNICA</w:t>
      </w:r>
    </w:p>
    <w:tbl>
      <w:tblPr>
        <w:tblW w:type="auto" w:w="0"/>
        <w:jc w:val="center"/>
        <w:tblLayout w:type="fixed"/>
        <w:tblLook w:firstColumn="1" w:firstRow="1" w:lastColumn="0" w:lastRow="0" w:noHBand="0" w:noVBand="1" w:val="04A0"/>
      </w:tblPr>
      <w:tblGrid>
        <w:gridCol w:w="10376"/>
      </w:tblGrid>
      <w:tr>
        <w:trPr>
          <w:trHeight w:val="329"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ULICA</w:t>
      </w:r>
    </w:p>
    <w:tbl>
      <w:tblPr>
        <w:tblW w:type="auto" w:w="0"/>
        <w:jc w:val="center"/>
        <w:tblLayout w:type="fixed"/>
        <w:tblLook w:firstColumn="1" w:firstRow="1" w:lastColumn="0" w:lastRow="0" w:noHBand="0" w:noVBand="1" w:val="04A0"/>
      </w:tblPr>
      <w:tblGrid>
        <w:gridCol w:w="10376"/>
      </w:tblGrid>
      <w:tr>
        <w:trPr>
          <w:trHeight w:val="329"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tbl>
      <w:tblPr>
        <w:tblW w:type="auto" w:w="0"/>
        <w:jc w:val="center"/>
        <w:tblLayout w:type="fixed"/>
        <w:tblLook w:firstColumn="1" w:firstRow="1" w:lastColumn="0" w:lastRow="0" w:noHBand="0" w:noVBand="1" w:val="04A0"/>
      </w:tblPr>
      <w:tblGrid>
        <w:gridCol w:w="5188"/>
        <w:gridCol w:w="5188"/>
      </w:tblGrid>
      <w:tr>
        <w:tc>
          <w:tcPr>
            <w:tcW w:type="dxa" w:w="5017"/>
            <w:tcBorders>
              <w:top w:val="nil"/>
              <w:bottom w:val="nil"/>
              <w:left w:val="nil"/>
              <w:right w:val="nil"/>
              <w:insideH w:val="nil"/>
              <w:insideV w:val="nil"/>
            </w:tcBorders>
            <w:tcMar>
              <w:top w:w="0" w:type="dxa"/>
              <w:start w:w="0" w:type="dxa"/>
              <w:bottom w:w="0" w:type="dxa"/>
              <w:end w:w="80" w:type="dxa"/>
            </w:tcMar>
          </w:tcPr>
          <w:p>
            <w:pPr>
              <w:spacing w:after="20"/>
            </w:pPr>
            <w:r>
              <w:rPr>
                <w:rFonts w:ascii="Arial" w:hAnsi="Arial" w:eastAsia="Arial"/>
                <w:b/>
                <w:i w:val="0"/>
                <w:color w:val="C98A1A"/>
                <w:sz w:val="14"/>
              </w:rPr>
              <w:t>NR DOMU</w:t>
            </w:r>
          </w:p>
        </w:tc>
        <w:tc>
          <w:tcPr>
            <w:tcW w:type="dxa" w:w="5017"/>
            <w:tcBorders>
              <w:top w:val="nil"/>
              <w:bottom w:val="nil"/>
              <w:left w:val="nil"/>
              <w:right w:val="nil"/>
              <w:insideH w:val="nil"/>
              <w:insideV w:val="nil"/>
            </w:tcBorders>
            <w:tcMar>
              <w:top w:w="0" w:type="dxa"/>
              <w:start w:w="0" w:type="dxa"/>
              <w:bottom w:w="0" w:type="dxa"/>
              <w:end w:w="0" w:type="dxa"/>
            </w:tcMar>
          </w:tcPr>
          <w:p>
            <w:pPr>
              <w:spacing w:after="20"/>
            </w:pPr>
            <w:r>
              <w:rPr>
                <w:rFonts w:ascii="Arial" w:hAnsi="Arial" w:eastAsia="Arial"/>
                <w:b/>
                <w:i w:val="0"/>
                <w:color w:val="C98A1A"/>
                <w:sz w:val="14"/>
              </w:rPr>
              <w:t>NR LOKALU</w:t>
            </w:r>
          </w:p>
        </w:tc>
      </w:tr>
      <w:tr>
        <w:trPr>
          <w:trHeight w:val="329" w:hRule="exact"/>
        </w:trPr>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r>
    </w:tbl>
    <w:p>
      <w:pPr>
        <w:spacing w:after="0"/>
      </w:pPr>
    </w:p>
    <w:tbl>
      <w:tblPr>
        <w:tblW w:type="auto" w:w="0"/>
        <w:jc w:val="center"/>
        <w:tblLayout w:type="fixed"/>
        <w:tblLook w:firstColumn="1" w:firstRow="1" w:lastColumn="0" w:lastRow="0" w:noHBand="0" w:noVBand="1" w:val="04A0"/>
      </w:tblPr>
      <w:tblGrid>
        <w:gridCol w:w="5188"/>
        <w:gridCol w:w="5188"/>
      </w:tblGrid>
      <w:tr>
        <w:tc>
          <w:tcPr>
            <w:tcW w:type="dxa" w:w="5017"/>
            <w:tcBorders>
              <w:top w:val="nil"/>
              <w:bottom w:val="nil"/>
              <w:left w:val="nil"/>
              <w:right w:val="nil"/>
              <w:insideH w:val="nil"/>
              <w:insideV w:val="nil"/>
            </w:tcBorders>
            <w:tcMar>
              <w:top w:w="0" w:type="dxa"/>
              <w:start w:w="0" w:type="dxa"/>
              <w:bottom w:w="0" w:type="dxa"/>
              <w:end w:w="80" w:type="dxa"/>
            </w:tcMar>
          </w:tcPr>
          <w:p>
            <w:pPr>
              <w:spacing w:after="20"/>
            </w:pPr>
            <w:r>
              <w:rPr>
                <w:rFonts w:ascii="Arial" w:hAnsi="Arial" w:eastAsia="Arial"/>
                <w:b/>
                <w:i w:val="0"/>
                <w:color w:val="C98A1A"/>
                <w:sz w:val="14"/>
              </w:rPr>
              <w:t>NUMER TELEFONU</w:t>
            </w:r>
          </w:p>
        </w:tc>
        <w:tc>
          <w:tcPr>
            <w:tcW w:type="dxa" w:w="5017"/>
            <w:tcBorders>
              <w:top w:val="nil"/>
              <w:bottom w:val="nil"/>
              <w:left w:val="nil"/>
              <w:right w:val="nil"/>
              <w:insideH w:val="nil"/>
              <w:insideV w:val="nil"/>
            </w:tcBorders>
            <w:tcMar>
              <w:top w:w="0" w:type="dxa"/>
              <w:start w:w="0" w:type="dxa"/>
              <w:bottom w:w="0" w:type="dxa"/>
              <w:end w:w="0" w:type="dxa"/>
            </w:tcMar>
          </w:tcPr>
          <w:p>
            <w:pPr>
              <w:spacing w:after="20"/>
            </w:pPr>
            <w:r>
              <w:rPr>
                <w:rFonts w:ascii="Arial" w:hAnsi="Arial" w:eastAsia="Arial"/>
                <w:b/>
                <w:i w:val="0"/>
                <w:color w:val="C98A1A"/>
                <w:sz w:val="14"/>
              </w:rPr>
              <w:t>PAŃSTWO / ZAGRANICZNY KOD POCZTOWY - JEŚLI DOTYCZY</w:t>
            </w:r>
          </w:p>
        </w:tc>
      </w:tr>
      <w:tr>
        <w:trPr>
          <w:trHeight w:val="351" w:hRule="exact"/>
        </w:trPr>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r>
    </w:tbl>
    <w:p>
      <w:pPr>
        <w:spacing w:after="0"/>
      </w:pPr>
    </w:p>
    <w:p>
      <w:pPr>
        <w:spacing w:before="120" w:after="60"/>
      </w:pPr>
      <w:r>
        <w:rPr>
          <w:rFonts w:ascii="Arial" w:hAnsi="Arial" w:eastAsia="Arial"/>
          <w:b/>
          <w:i w:val="0"/>
          <w:color w:val="C98A1A"/>
          <w:sz w:val="21"/>
        </w:rPr>
        <w:t xml:space="preserve">IV. </w:t>
      </w:r>
      <w:r>
        <w:rPr>
          <w:rFonts w:ascii="Arial" w:hAnsi="Arial" w:eastAsia="Arial"/>
          <w:b/>
          <w:i w:val="0"/>
          <w:color w:val="0B2D4F"/>
          <w:sz w:val="21"/>
        </w:rPr>
        <w:t>Adres zamieszkania</w:t>
      </w:r>
    </w:p>
    <w:p>
      <w:pPr>
        <w:spacing w:after="80" w:line="252" w:lineRule="auto"/>
      </w:pPr>
      <w:r>
        <w:rPr>
          <w:rFonts w:ascii="Arial" w:hAnsi="Arial" w:eastAsia="Arial"/>
          <w:b w:val="0"/>
          <w:i w:val="0"/>
          <w:color w:val="24364B"/>
          <w:sz w:val="16"/>
        </w:rPr>
        <w:t>Wypełnij, jeżeli adres zamieszkania jest inny niż adres zameldowania.</w:t>
      </w:r>
    </w:p>
    <w:tbl>
      <w:tblPr>
        <w:tblW w:type="auto" w:w="0"/>
        <w:jc w:val="center"/>
        <w:tblLayout w:type="fixed"/>
        <w:tblLook w:firstColumn="1" w:firstRow="1" w:lastColumn="0" w:lastRow="0" w:noHBand="0" w:noVBand="1" w:val="04A0"/>
      </w:tblPr>
      <w:tblGrid>
        <w:gridCol w:w="5188"/>
        <w:gridCol w:w="5188"/>
      </w:tblGrid>
      <w:tr>
        <w:tc>
          <w:tcPr>
            <w:tcW w:type="dxa" w:w="5017"/>
            <w:tcBorders>
              <w:top w:val="nil"/>
              <w:bottom w:val="nil"/>
              <w:left w:val="nil"/>
              <w:right w:val="nil"/>
              <w:insideH w:val="nil"/>
              <w:insideV w:val="nil"/>
            </w:tcBorders>
            <w:tcMar>
              <w:top w:w="0" w:type="dxa"/>
              <w:start w:w="0" w:type="dxa"/>
              <w:bottom w:w="0" w:type="dxa"/>
              <w:end w:w="80" w:type="dxa"/>
            </w:tcMar>
          </w:tcPr>
          <w:p>
            <w:pPr>
              <w:spacing w:after="20"/>
            </w:pPr>
            <w:r>
              <w:rPr>
                <w:rFonts w:ascii="Arial" w:hAnsi="Arial" w:eastAsia="Arial"/>
                <w:b/>
                <w:i w:val="0"/>
                <w:color w:val="C98A1A"/>
                <w:sz w:val="14"/>
              </w:rPr>
              <w:t>KOD POCZTOWY</w:t>
            </w:r>
          </w:p>
        </w:tc>
        <w:tc>
          <w:tcPr>
            <w:tcW w:type="dxa" w:w="5017"/>
            <w:tcBorders>
              <w:top w:val="nil"/>
              <w:bottom w:val="nil"/>
              <w:left w:val="nil"/>
              <w:right w:val="nil"/>
              <w:insideH w:val="nil"/>
              <w:insideV w:val="nil"/>
            </w:tcBorders>
            <w:tcMar>
              <w:top w:w="0" w:type="dxa"/>
              <w:start w:w="0" w:type="dxa"/>
              <w:bottom w:w="0" w:type="dxa"/>
              <w:end w:w="0" w:type="dxa"/>
            </w:tcMar>
          </w:tcPr>
          <w:p>
            <w:pPr>
              <w:spacing w:after="20"/>
            </w:pPr>
            <w:r>
              <w:rPr>
                <w:rFonts w:ascii="Arial" w:hAnsi="Arial" w:eastAsia="Arial"/>
                <w:b/>
                <w:i w:val="0"/>
                <w:color w:val="C98A1A"/>
                <w:sz w:val="14"/>
              </w:rPr>
              <w:t>MIEJSCOWOŚĆ</w:t>
            </w:r>
          </w:p>
        </w:tc>
      </w:tr>
      <w:tr>
        <w:trPr>
          <w:trHeight w:val="329" w:hRule="exact"/>
        </w:trPr>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GMINA / DZIELNICA</w:t>
      </w:r>
    </w:p>
    <w:tbl>
      <w:tblPr>
        <w:tblW w:type="auto" w:w="0"/>
        <w:jc w:val="center"/>
        <w:tblLayout w:type="fixed"/>
        <w:tblLook w:firstColumn="1" w:firstRow="1" w:lastColumn="0" w:lastRow="0" w:noHBand="0" w:noVBand="1" w:val="04A0"/>
      </w:tblPr>
      <w:tblGrid>
        <w:gridCol w:w="10376"/>
      </w:tblGrid>
      <w:tr>
        <w:trPr>
          <w:trHeight w:val="329"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ULICA</w:t>
      </w:r>
    </w:p>
    <w:tbl>
      <w:tblPr>
        <w:tblW w:type="auto" w:w="0"/>
        <w:jc w:val="center"/>
        <w:tblLayout w:type="fixed"/>
        <w:tblLook w:firstColumn="1" w:firstRow="1" w:lastColumn="0" w:lastRow="0" w:noHBand="0" w:noVBand="1" w:val="04A0"/>
      </w:tblPr>
      <w:tblGrid>
        <w:gridCol w:w="10376"/>
      </w:tblGrid>
      <w:tr>
        <w:trPr>
          <w:trHeight w:val="329"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tbl>
      <w:tblPr>
        <w:tblW w:type="auto" w:w="0"/>
        <w:jc w:val="center"/>
        <w:tblLayout w:type="fixed"/>
        <w:tblLook w:firstColumn="1" w:firstRow="1" w:lastColumn="0" w:lastRow="0" w:noHBand="0" w:noVBand="1" w:val="04A0"/>
      </w:tblPr>
      <w:tblGrid>
        <w:gridCol w:w="5188"/>
        <w:gridCol w:w="5188"/>
      </w:tblGrid>
      <w:tr>
        <w:tc>
          <w:tcPr>
            <w:tcW w:type="dxa" w:w="5017"/>
            <w:tcBorders>
              <w:top w:val="nil"/>
              <w:bottom w:val="nil"/>
              <w:left w:val="nil"/>
              <w:right w:val="nil"/>
              <w:insideH w:val="nil"/>
              <w:insideV w:val="nil"/>
            </w:tcBorders>
            <w:tcMar>
              <w:top w:w="0" w:type="dxa"/>
              <w:start w:w="0" w:type="dxa"/>
              <w:bottom w:w="0" w:type="dxa"/>
              <w:end w:w="80" w:type="dxa"/>
            </w:tcMar>
          </w:tcPr>
          <w:p>
            <w:pPr>
              <w:spacing w:after="20"/>
            </w:pPr>
            <w:r>
              <w:rPr>
                <w:rFonts w:ascii="Arial" w:hAnsi="Arial" w:eastAsia="Arial"/>
                <w:b/>
                <w:i w:val="0"/>
                <w:color w:val="C98A1A"/>
                <w:sz w:val="14"/>
              </w:rPr>
              <w:t>NR DOMU</w:t>
            </w:r>
          </w:p>
        </w:tc>
        <w:tc>
          <w:tcPr>
            <w:tcW w:type="dxa" w:w="5017"/>
            <w:tcBorders>
              <w:top w:val="nil"/>
              <w:bottom w:val="nil"/>
              <w:left w:val="nil"/>
              <w:right w:val="nil"/>
              <w:insideH w:val="nil"/>
              <w:insideV w:val="nil"/>
            </w:tcBorders>
            <w:tcMar>
              <w:top w:w="0" w:type="dxa"/>
              <w:start w:w="0" w:type="dxa"/>
              <w:bottom w:w="0" w:type="dxa"/>
              <w:end w:w="0" w:type="dxa"/>
            </w:tcMar>
          </w:tcPr>
          <w:p>
            <w:pPr>
              <w:spacing w:after="20"/>
            </w:pPr>
            <w:r>
              <w:rPr>
                <w:rFonts w:ascii="Arial" w:hAnsi="Arial" w:eastAsia="Arial"/>
                <w:b/>
                <w:i w:val="0"/>
                <w:color w:val="C98A1A"/>
                <w:sz w:val="14"/>
              </w:rPr>
              <w:t>NR LOKALU</w:t>
            </w:r>
          </w:p>
        </w:tc>
      </w:tr>
      <w:tr>
        <w:trPr>
          <w:trHeight w:val="329" w:hRule="exact"/>
        </w:trPr>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r>
    </w:tbl>
    <w:p>
      <w:pPr>
        <w:spacing w:after="0"/>
      </w:pPr>
    </w:p>
    <w:p>
      <w:pPr>
        <w:spacing w:before="120" w:after="60"/>
      </w:pPr>
      <w:r>
        <w:rPr>
          <w:rFonts w:ascii="Arial" w:hAnsi="Arial" w:eastAsia="Arial"/>
          <w:b/>
          <w:i w:val="0"/>
          <w:color w:val="C98A1A"/>
          <w:sz w:val="21"/>
        </w:rPr>
        <w:t xml:space="preserve">V. </w:t>
      </w:r>
      <w:r>
        <w:rPr>
          <w:rFonts w:ascii="Arial" w:hAnsi="Arial" w:eastAsia="Arial"/>
          <w:b/>
          <w:i w:val="0"/>
          <w:color w:val="0B2D4F"/>
          <w:sz w:val="21"/>
        </w:rPr>
        <w:t>Adres do korespondencji</w:t>
      </w:r>
    </w:p>
    <w:p>
      <w:pPr>
        <w:spacing w:after="80" w:line="252" w:lineRule="auto"/>
      </w:pPr>
      <w:r>
        <w:rPr>
          <w:rFonts w:ascii="Arial" w:hAnsi="Arial" w:eastAsia="Arial"/>
          <w:b w:val="0"/>
          <w:i w:val="0"/>
          <w:color w:val="24364B"/>
          <w:sz w:val="16"/>
        </w:rPr>
        <w:t>Wypełnij, jeżeli jest inny niż adres zameldowania i adres zamieszkania.</w:t>
      </w:r>
    </w:p>
    <w:tbl>
      <w:tblPr>
        <w:tblW w:type="auto" w:w="0"/>
        <w:jc w:val="center"/>
        <w:tblLayout w:type="fixed"/>
        <w:tblLook w:firstColumn="1" w:firstRow="1" w:lastColumn="0" w:lastRow="0" w:noHBand="0" w:noVBand="1" w:val="04A0"/>
      </w:tblPr>
      <w:tblGrid>
        <w:gridCol w:w="5188"/>
        <w:gridCol w:w="5188"/>
      </w:tblGrid>
      <w:tr>
        <w:tc>
          <w:tcPr>
            <w:tcW w:type="dxa" w:w="5017"/>
            <w:tcBorders>
              <w:top w:val="nil"/>
              <w:bottom w:val="nil"/>
              <w:left w:val="nil"/>
              <w:right w:val="nil"/>
              <w:insideH w:val="nil"/>
              <w:insideV w:val="nil"/>
            </w:tcBorders>
            <w:tcMar>
              <w:top w:w="0" w:type="dxa"/>
              <w:start w:w="0" w:type="dxa"/>
              <w:bottom w:w="0" w:type="dxa"/>
              <w:end w:w="80" w:type="dxa"/>
            </w:tcMar>
          </w:tcPr>
          <w:p>
            <w:pPr>
              <w:spacing w:after="20"/>
            </w:pPr>
            <w:r>
              <w:rPr>
                <w:rFonts w:ascii="Arial" w:hAnsi="Arial" w:eastAsia="Arial"/>
                <w:b/>
                <w:i w:val="0"/>
                <w:color w:val="C98A1A"/>
                <w:sz w:val="14"/>
              </w:rPr>
              <w:t>KOD POCZTOWY</w:t>
            </w:r>
          </w:p>
        </w:tc>
        <w:tc>
          <w:tcPr>
            <w:tcW w:type="dxa" w:w="5017"/>
            <w:tcBorders>
              <w:top w:val="nil"/>
              <w:bottom w:val="nil"/>
              <w:left w:val="nil"/>
              <w:right w:val="nil"/>
              <w:insideH w:val="nil"/>
              <w:insideV w:val="nil"/>
            </w:tcBorders>
            <w:tcMar>
              <w:top w:w="0" w:type="dxa"/>
              <w:start w:w="0" w:type="dxa"/>
              <w:bottom w:w="0" w:type="dxa"/>
              <w:end w:w="0" w:type="dxa"/>
            </w:tcMar>
          </w:tcPr>
          <w:p>
            <w:pPr>
              <w:spacing w:after="20"/>
            </w:pPr>
            <w:r>
              <w:rPr>
                <w:rFonts w:ascii="Arial" w:hAnsi="Arial" w:eastAsia="Arial"/>
                <w:b/>
                <w:i w:val="0"/>
                <w:color w:val="C98A1A"/>
                <w:sz w:val="14"/>
              </w:rPr>
              <w:t>MIEJSCOWOŚĆ</w:t>
            </w:r>
          </w:p>
        </w:tc>
      </w:tr>
      <w:tr>
        <w:trPr>
          <w:trHeight w:val="329" w:hRule="exact"/>
        </w:trPr>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c>
          <w:tcPr>
            <w:tcW w:type="dxa" w:w="5017"/>
            <w:shd w:fill="FBF8F3"/>
            <w:tcMar>
              <w:top w:w="45" w:type="dxa"/>
              <w:start w:w="65" w:type="dxa"/>
              <w:bottom w:w="45" w:type="dxa"/>
              <w:end w:w="65"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ULICA / SKRYTKA POCZTOWA / NR DOMU I LOKALU</w:t>
      </w:r>
    </w:p>
    <w:tbl>
      <w:tblPr>
        <w:tblW w:type="auto" w:w="0"/>
        <w:jc w:val="center"/>
        <w:tblLayout w:type="fixed"/>
        <w:tblLook w:firstColumn="1" w:firstRow="1" w:lastColumn="0" w:lastRow="0" w:noHBand="0" w:noVBand="1" w:val="04A0"/>
      </w:tblPr>
      <w:tblGrid>
        <w:gridCol w:w="10376"/>
      </w:tblGrid>
      <w:tr>
        <w:trPr>
          <w:trHeight w:val="374"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ADRES E-MAIL</w:t>
      </w:r>
    </w:p>
    <w:tbl>
      <w:tblPr>
        <w:tblW w:type="auto" w:w="0"/>
        <w:jc w:val="center"/>
        <w:tblLayout w:type="fixed"/>
        <w:tblLook w:firstColumn="1" w:firstRow="1" w:lastColumn="0" w:lastRow="0" w:noHBand="0" w:noVBand="1" w:val="04A0"/>
      </w:tblPr>
      <w:tblGrid>
        <w:gridCol w:w="10376"/>
      </w:tblGrid>
      <w:tr>
        <w:trPr>
          <w:trHeight w:val="329"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p>
      <w:pPr>
        <w:spacing w:after="20"/>
      </w:pPr>
      <w:r>
        <w:rPr>
          <w:rFonts w:ascii="Arial" w:hAnsi="Arial" w:eastAsia="Arial"/>
          <w:b/>
          <w:i w:val="0"/>
          <w:color w:val="C98A1A"/>
          <w:sz w:val="14"/>
        </w:rPr>
        <w:t>KOD ODDZIAŁU NFZ - JEŻELI ZNANY / WYMAGANY PRZY PRZYGOTOWANIU ZGŁOSZENIA</w:t>
      </w:r>
    </w:p>
    <w:tbl>
      <w:tblPr>
        <w:tblW w:type="auto" w:w="0"/>
        <w:jc w:val="center"/>
        <w:tblLayout w:type="fixed"/>
        <w:tblLook w:firstColumn="1" w:firstRow="1" w:lastColumn="0" w:lastRow="0" w:noHBand="0" w:noVBand="1" w:val="04A0"/>
      </w:tblPr>
      <w:tblGrid>
        <w:gridCol w:w="10376"/>
      </w:tblGrid>
      <w:tr>
        <w:trPr>
          <w:trHeight w:val="329" w:hRule="exact"/>
        </w:trPr>
        <w:tc>
          <w:tcPr>
            <w:tcW w:type="dxa" w:w="10261"/>
            <w:shd w:fill="FBF8F3"/>
            <w:tcMar>
              <w:top w:w="50" w:type="dxa"/>
              <w:start w:w="70" w:type="dxa"/>
              <w:bottom w:w="50" w:type="dxa"/>
              <w:end w:w="70" w:type="dxa"/>
            </w:tcMar>
            <w:tcBorders>
              <w:top w:val="single" w:sz="5" w:color="D9CDBE"/>
              <w:bottom w:val="single" w:sz="5" w:color="D9CDBE"/>
              <w:left w:val="single" w:sz="5" w:color="D9CDBE"/>
              <w:right w:val="single" w:sz="5" w:color="D9CDBE"/>
            </w:tcBorders>
          </w:tcPr>
          <w:p/>
        </w:tc>
      </w:tr>
    </w:tbl>
    <w:p>
      <w:pPr>
        <w:spacing w:after="0"/>
      </w:pPr>
    </w:p>
    <w:p>
      <w:pPr>
        <w:spacing w:after="80" w:line="252" w:lineRule="auto"/>
      </w:pPr>
      <w:r>
        <w:rPr>
          <w:rFonts w:ascii="Arial" w:hAnsi="Arial" w:eastAsia="Arial"/>
          <w:b w:val="0"/>
          <w:i w:val="0"/>
          <w:color w:val="24364B"/>
          <w:sz w:val="16"/>
        </w:rPr>
        <w:t>Oświadczam, że podane dane są zgodne ze stanem faktycznym. Zobowiązuję się poinformować pracodawcę / płatnika o zmianie danych mających wpływ na zgłoszenie do ubezpieczeń.</w:t>
      </w:r>
    </w:p>
    <w:tbl>
      <w:tblPr>
        <w:tblW w:type="auto" w:w="0"/>
        <w:jc w:val="center"/>
        <w:tblLayout w:type="fixed"/>
        <w:tblLook w:firstColumn="1" w:firstRow="1" w:lastColumn="0" w:lastRow="0" w:noHBand="0" w:noVBand="1" w:val="04A0"/>
      </w:tblPr>
      <w:tblGrid>
        <w:gridCol w:w="5188"/>
        <w:gridCol w:w="5188"/>
      </w:tblGrid>
      <w:tr>
        <w:trPr>
          <w:trHeight w:val="822" w:hRule="exact"/>
        </w:trPr>
        <w:tc>
          <w:tcPr>
            <w:tcW w:type="dxa" w:w="4932"/>
            <w:shd w:fill="FBF8F3"/>
            <w:tcMar>
              <w:top w:w="45" w:type="dxa"/>
              <w:start w:w="70" w:type="dxa"/>
              <w:bottom w:w="45" w:type="dxa"/>
              <w:end w:w="70" w:type="dxa"/>
            </w:tcMar>
            <w:tcBorders>
              <w:top w:val="single" w:sz="5" w:color="D8C5A5"/>
              <w:bottom w:val="single" w:sz="5" w:color="D8C5A5"/>
              <w:left w:val="single" w:sz="5" w:color="D8C5A5"/>
              <w:right w:val="single" w:sz="5" w:color="D8C5A5"/>
            </w:tcBorders>
          </w:tcPr>
          <w:p/>
        </w:tc>
        <w:tc>
          <w:tcPr>
            <w:tcW w:type="dxa" w:w="4932"/>
            <w:shd w:fill="FBF8F3"/>
            <w:tcMar>
              <w:top w:w="45" w:type="dxa"/>
              <w:start w:w="70" w:type="dxa"/>
              <w:bottom w:w="45" w:type="dxa"/>
              <w:end w:w="70" w:type="dxa"/>
            </w:tcMar>
            <w:tcBorders>
              <w:top w:val="single" w:sz="5" w:color="D8C5A5"/>
              <w:bottom w:val="single" w:sz="5" w:color="D8C5A5"/>
              <w:left w:val="single" w:sz="5" w:color="D8C5A5"/>
              <w:right w:val="single" w:sz="5" w:color="D8C5A5"/>
            </w:tcBorders>
          </w:tcPr>
          <w:p/>
        </w:tc>
      </w:tr>
      <w:tr>
        <w:tc>
          <w:tcPr>
            <w:tcW w:type="dxa" w:w="5188"/>
            <w:tcBorders>
              <w:top w:val="nil"/>
              <w:bottom w:val="nil"/>
              <w:left w:val="nil"/>
              <w:right w:val="nil"/>
              <w:insideH w:val="nil"/>
              <w:insideV w:val="nil"/>
            </w:tcBorders>
          </w:tcPr>
          <w:p>
            <w:pPr>
              <w:jc w:val="center"/>
            </w:pPr>
            <w:r>
              <w:rPr>
                <w:rFonts w:ascii="Arial" w:hAnsi="Arial" w:eastAsia="Arial"/>
                <w:b w:val="0"/>
                <w:i w:val="0"/>
                <w:color w:val="6B7785"/>
                <w:sz w:val="14"/>
              </w:rPr>
              <w:t>miejscowość i data</w:t>
            </w:r>
          </w:p>
        </w:tc>
        <w:tc>
          <w:tcPr>
            <w:tcW w:type="dxa" w:w="5188"/>
            <w:tcBorders>
              <w:top w:val="nil"/>
              <w:bottom w:val="nil"/>
              <w:left w:val="nil"/>
              <w:right w:val="nil"/>
              <w:insideH w:val="nil"/>
              <w:insideV w:val="nil"/>
            </w:tcBorders>
          </w:tcPr>
          <w:p>
            <w:pPr>
              <w:jc w:val="center"/>
            </w:pPr>
            <w:r>
              <w:rPr>
                <w:rFonts w:ascii="Arial" w:hAnsi="Arial" w:eastAsia="Arial"/>
                <w:b w:val="0"/>
                <w:i w:val="0"/>
                <w:color w:val="6B7785"/>
                <w:sz w:val="14"/>
              </w:rPr>
              <w:t>podpis osoby ubezpieczonej</w:t>
            </w:r>
          </w:p>
        </w:tc>
      </w:tr>
    </w:tbl>
    <w:sectPr w:rsidR="00FC693F" w:rsidRPr="0006063C" w:rsidSect="00034616">
      <w:headerReference w:type="default" r:id="rId9"/>
      <w:footerReference w:type="default" r:id="rId10"/>
      <w:pgSz w:w="11906" w:h="16838"/>
      <w:pgMar w:top="567" w:right="765" w:bottom="510" w:left="765" w:header="113" w:footer="17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rial" w:hAnsi="Arial" w:eastAsia="Arial"/>
        <w:b w:val="0"/>
        <w:i w:val="0"/>
        <w:color w:val="6B7785"/>
        <w:sz w:val="12"/>
      </w:rPr>
      <w:t>MB Biuro Usług Księgowych Monika Bender  •  m-bender.pl  •  ksiegowosc@m-bender.pl  •  531 405 500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drawing>
        <wp:inline xmlns:a="http://schemas.openxmlformats.org/drawingml/2006/main" xmlns:pic="http://schemas.openxmlformats.org/drawingml/2006/picture">
          <wp:extent cx="1908000" cy="468652"/>
          <wp:docPr id="1" name="Picture 1"/>
          <wp:cNvGraphicFramePr>
            <a:graphicFrameLocks noChangeAspect="1"/>
          </wp:cNvGraphicFramePr>
          <a:graphic>
            <a:graphicData uri="http://schemas.openxmlformats.org/drawingml/2006/picture">
              <pic:pic>
                <pic:nvPicPr>
                  <pic:cNvPr id="0" name="logo_mb_header_small.png"/>
                  <pic:cNvPicPr/>
                </pic:nvPicPr>
                <pic:blipFill>
                  <a:blip r:embed="rId1"/>
                  <a:stretch>
                    <a:fillRect/>
                  </a:stretch>
                </pic:blipFill>
                <pic:spPr>
                  <a:xfrm>
                    <a:off x="0" y="0"/>
                    <a:ext cx="1908000" cy="468652"/>
                  </a:xfrm>
                  <a:prstGeom prst="rect"/>
                </pic:spPr>
              </pic:pic>
            </a:graphicData>
          </a:graphic>
        </wp:inline>
      </w:drawing>
    </w:r>
  </w:p>
  <w:p>
    <w:pPr>
      <w:spacing w:before="0" w:after="0"/>
      <w:pBdr>
        <w:bottom w:val="single" w:sz="8" w:space="1" w:color="C98A1A"/>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rial" w:hAnsi="Arial"/>
      <w:color w:val="24364B"/>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ubezpieczonego do przygotowania zgłoszenia ZUS</dc:title>
  <dc:subject/>
  <dc:creator>MB Biuro Usług Księgowych Monika Bender</dc:creator>
  <cp:keywords/>
  <dc:description>generated by python-docx</dc:description>
  <cp:lastModifiedBy/>
  <cp:revision>1</cp:revision>
  <dcterms:created xsi:type="dcterms:W3CDTF">2013-12-23T23:15:00Z</dcterms:created>
  <dcterms:modified xsi:type="dcterms:W3CDTF">2013-12-23T23:15:00Z</dcterms:modified>
  <cp:category/>
</cp:coreProperties>
</file>