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rFonts w:ascii="Arial" w:hAnsi="Arial" w:eastAsia="Arial"/>
          <w:b w:val="0"/>
          <w:i w:val="0"/>
          <w:color w:val="6B7785"/>
          <w:sz w:val="11"/>
        </w:rPr>
        <w:t>Załącznik do rozporządzenia Ministra Finansów z dnia 12 czerwca 2019 r.</w:t>
        <w:br/>
        <w:t>(Dz. U. z 2023 r. poz. 2148)</w:t>
      </w:r>
    </w:p>
    <w:p>
      <w:pPr>
        <w:spacing w:after="0"/>
        <w:jc w:val="center"/>
      </w:pPr>
      <w:r>
        <w:rPr>
          <w:rFonts w:ascii="Arial" w:hAnsi="Arial" w:eastAsia="Arial"/>
          <w:b/>
          <w:i w:val="0"/>
          <w:color w:val="C98A1A"/>
          <w:sz w:val="13"/>
        </w:rPr>
        <w:t>WZÓR</w:t>
      </w:r>
    </w:p>
    <w:p>
      <w:pPr>
        <w:spacing w:after="0"/>
        <w:jc w:val="center"/>
      </w:pPr>
      <w:r>
        <w:rPr>
          <w:rFonts w:ascii="Garamond" w:hAnsi="Garamond" w:eastAsia="Garamond"/>
          <w:b/>
          <w:i w:val="0"/>
          <w:color w:val="0B2D4F"/>
          <w:sz w:val="27"/>
        </w:rPr>
        <w:t>DEKLARACJA O REZYGNACJI Z DOKONYWANIA WPŁAT</w:t>
      </w:r>
    </w:p>
    <w:p>
      <w:pPr>
        <w:spacing w:after="80"/>
        <w:jc w:val="center"/>
      </w:pPr>
      <w:r>
        <w:rPr>
          <w:rFonts w:ascii="Arial" w:hAnsi="Arial" w:eastAsia="Arial"/>
          <w:b/>
          <w:i w:val="0"/>
          <w:color w:val="24364B"/>
          <w:sz w:val="16"/>
        </w:rPr>
        <w:t>DO PRACOWNICZYCH PLANÓW KAPITAŁOWYCH (PPK)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Deklarację należy wypełnić wielkimi literami.</w:t>
      </w:r>
    </w:p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3"/>
        </w:rPr>
        <w:t>Deklarację składa się podmiotowi zatrudniającemu¹).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1. DANE DOTYCZĄCE UCZESTNIKA PPK</w:t>
            </w:r>
          </w:p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Imię (imiona)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272" w:hRule="exact"/>
        </w:trPr>
        <w:tc>
          <w:tcPr>
            <w:tcW w:type="dxa" w:w="10658"/>
            <w:shd w:fill="FBF8F3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Nazwisko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272" w:hRule="exact"/>
        </w:trPr>
        <w:tc>
          <w:tcPr>
            <w:tcW w:type="dxa" w:w="10658"/>
            <w:shd w:fill="FBF8F3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Numer PESEL, a w przypadku osób nieposiadających numeru PESEL data urodzenia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272" w:hRule="exact"/>
        </w:trPr>
        <w:tc>
          <w:tcPr>
            <w:tcW w:type="dxa" w:w="10658"/>
            <w:shd w:fill="FBF8F3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Seria i numer dowodu osobistego lub numer paszportu albo innego dokumentu potwierdzającego tożsamość w przypadku osób nieposiadających obywatelstwa polskiego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317" w:hRule="exact"/>
        </w:trPr>
        <w:tc>
          <w:tcPr>
            <w:tcW w:type="dxa" w:w="10658"/>
            <w:shd w:fill="FBF8F3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2. NAZWA PODMIOTU ZATRUDNIAJĄCEGO</w:t>
            </w:r>
          </w:p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Nazwa podmiotu zatrudniającego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283" w:hRule="exact"/>
        </w:trPr>
        <w:tc>
          <w:tcPr>
            <w:tcW w:type="dxa" w:w="10658"/>
            <w:shd w:fill="FBF8F3"/>
            <w:tcMar>
              <w:top w:w="35" w:type="dxa"/>
              <w:start w:w="55" w:type="dxa"/>
              <w:bottom w:w="35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3. OŚWIADCZENIE UCZESTNIKA PPK</w:t>
            </w:r>
          </w:p>
        </w:tc>
      </w:tr>
    </w:tbl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Oświadczam, że rezygnuję z dokonywania wpłat do PPK oraz posiadam wiedzę o konsekwencjach złożenia niniejszej deklaracji, w tym:</w:t>
      </w:r>
    </w:p>
    <w:p>
      <w:pPr>
        <w:spacing w:after="40" w:line="240" w:lineRule="auto"/>
        <w:ind w:left="113"/>
      </w:pPr>
      <w:r>
        <w:rPr>
          <w:rFonts w:ascii="Arial" w:hAnsi="Arial" w:eastAsia="Arial"/>
          <w:b w:val="0"/>
          <w:i w:val="0"/>
          <w:color w:val="24364B"/>
          <w:sz w:val="13"/>
        </w:rPr>
        <w:t>1) nieotrzymania wpłaty powitalnej w wysokości 250 zł, należnej uczestnikom PPK (dotyczy uczestnika PPK, który nie nabył uprawnienia do wpłaty powitalnej przed złożeniem deklaracji);</w:t>
      </w:r>
    </w:p>
    <w:p>
      <w:pPr>
        <w:spacing w:after="40" w:line="240" w:lineRule="auto"/>
        <w:ind w:left="113"/>
      </w:pPr>
      <w:r>
        <w:rPr>
          <w:rFonts w:ascii="Arial" w:hAnsi="Arial" w:eastAsia="Arial"/>
          <w:b w:val="0"/>
          <w:i w:val="0"/>
          <w:color w:val="24364B"/>
          <w:sz w:val="13"/>
        </w:rPr>
        <w:t>2) nieotrzymywania dopłat rocznych do PPK w wysokości 240 zł, należnych uczestnikom PPK po spełnieniu warunków określonych w art. 32 ustawy z dnia 4 października 2018 r. o pracowniczych planach kapitałowych (Dz. U. z 2023 r. poz. 46, z późn. zm.);</w:t>
      </w:r>
    </w:p>
    <w:p>
      <w:pPr>
        <w:spacing w:after="40" w:line="240" w:lineRule="auto"/>
        <w:ind w:left="113"/>
      </w:pPr>
      <w:r>
        <w:rPr>
          <w:rFonts w:ascii="Arial" w:hAnsi="Arial" w:eastAsia="Arial"/>
          <w:b w:val="0"/>
          <w:i w:val="0"/>
          <w:color w:val="24364B"/>
          <w:sz w:val="13"/>
        </w:rPr>
        <w:t>3) nieotrzymywania wpłat podstawowych finansowanych przez podmiot zatrudniający w wysokości 1,5% wynagrodzenia.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rPr>
          <w:trHeight w:val="652" w:hRule="exact"/>
        </w:trPr>
        <w:tc>
          <w:tcPr>
            <w:tcW w:type="dxa" w:w="5329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</w:tcPr>
          <w:p/>
        </w:tc>
        <w:tc>
          <w:tcPr>
            <w:tcW w:type="dxa" w:w="5329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</w:tcPr>
          <w:p/>
        </w:tc>
      </w:tr>
      <w:tr>
        <w:tc>
          <w:tcPr>
            <w:tcW w:type="dxa" w:w="5329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2"/>
              </w:rPr>
              <w:t>data i podpis uczestnika PPK</w:t>
            </w:r>
          </w:p>
        </w:tc>
        <w:tc>
          <w:tcPr>
            <w:tcW w:type="dxa" w:w="5329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2"/>
              </w:rPr>
              <w:t>data złożenia deklaracji podmiotowi zatrudniającemu</w:t>
            </w:r>
          </w:p>
        </w:tc>
      </w:tr>
    </w:tbl>
    <w:p>
      <w:pPr>
        <w:spacing w:after="2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1"/>
        </w:rPr>
        <w:t>¹) Podmiot zatrudniający oznacza: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a) pracodawcę, o którym mowa w art. 3 ustawy z dnia 26 czerwca 1974 r. - Kodeks pracy (Dz. U. z 2023 r. poz. 1465) - w stosunku do osób zatrudnionych, o których mowa w art. 2 ust. 1 pkt 18 lit. a ustawy z dnia 4 października 2018 r. o pracowniczych planach kapitałowych (Dz. U. z 2023 r. poz. 46, z późn. zm.), jeżeli posiada NIP lub REGON,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b) nakładcę - w stosunku do osób zatrudnionych, o których mowa w art. 2 ust. 1 pkt 18 lit. b ustawy z dnia 4 października 2018 r. o pracowniczych planach kapitałowych,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c) rolnicze spółdzielnie produkcyjne lub spółdzielnie kółek rolniczych - w stosunku do osób zatrudnionych, o których mowa w art. 2 ust. 1 pkt 18 lit. c ustawy z dnia 4 października 2018 r. o pracowniczych planach kapitałowych,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d) zleceniodawcę - w stosunku do osób zatrudnionych, o których mowa w art. 2 ust. 1 pkt 18 lit. d ustawy z dnia 4 października 2018 r. o pracowniczych planach kapitałowych, jeżeli posiada numer NIP lub REGON,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e) podmiot, w którym działa rada nadzorcza - w stosunku do osób zatrudnionych, o których mowa w art. 2 ust. 1 pkt 18 lit. e ustawy z dnia 4 października 2018 r. o pracowniczych planach kapitałowych,</w:t>
      </w:r>
    </w:p>
    <w:p>
      <w:pPr>
        <w:spacing w:after="12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0"/>
        </w:rPr>
        <w:t>f) płatnika - jeżeli pracodawca, o którym mowa w lit. a, lub zleceniodawca, o którym mowa w lit. d, nie posiada NIP lub REGON.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454" w:right="624" w:bottom="482" w:left="624" w:header="68" w:footer="1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1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620000" cy="39836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398361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 rezygnacji z dokonywania wpłat do PPK - treść zgodna z wzorem rozporządzenia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