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0" w:after="20"/>
        <w:jc w:val="center"/>
      </w:pPr>
      <w:r>
        <w:rPr>
          <w:rFonts w:ascii="Garamond" w:hAnsi="Garamond" w:eastAsia="Garamond"/>
          <w:b/>
          <w:i w:val="0"/>
          <w:color w:val="0B2D4F"/>
          <w:sz w:val="30"/>
        </w:rPr>
        <w:t>KWESTIONARIUSZ OSOBOWY</w:t>
      </w:r>
    </w:p>
    <w:p>
      <w:pPr>
        <w:spacing w:after="140"/>
        <w:jc w:val="center"/>
      </w:pPr>
      <w:r>
        <w:rPr>
          <w:rFonts w:ascii="Arial" w:hAnsi="Arial" w:eastAsia="Arial"/>
          <w:b w:val="0"/>
          <w:i w:val="0"/>
          <w:color w:val="6B7785"/>
          <w:sz w:val="16"/>
        </w:rPr>
        <w:t>dla osoby ubiegającej się o zatrudnienie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261"/>
            <w:shd w:fill="F5F1EA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6DACB"/>
              <w:bottom w:val="single" w:sz="4" w:color="E6DACB"/>
              <w:left w:val="single" w:sz="4" w:color="E6DACB"/>
              <w:right w:val="single" w:sz="4" w:color="E6DACB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5"/>
              </w:rPr>
              <w:t>Zakres danych odpowiada art. 22¹ Kodeksu pracy. Dane o wykształceniu, kwalifikacjach i przebiegu zatrudnienia podaje się tylko wtedy, gdy są niezbędne do wykonywania pracy określonego rodzaju lub na określonym stanowisku.</w:t>
            </w:r>
          </w:p>
        </w:tc>
      </w:tr>
    </w:tbl>
    <w:p>
      <w:pPr>
        <w:spacing w:after="20"/>
      </w:pP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1. IMIĘ (IMIONA) I NAZWISKO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482" w:hRule="exact"/>
        </w:trPr>
        <w:tc>
          <w:tcPr>
            <w:tcW w:type="dxa" w:w="10261"/>
            <w:shd w:fill="FBF8F3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5017"/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0" w:type="dxa"/>
              <w:end w:w="8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2. DATA URODZENIA (DD/MM/RRRR)</w:t>
            </w:r>
          </w:p>
        </w:tc>
        <w:tc>
          <w:tcPr>
            <w:tcW w:type="dxa" w:w="5017"/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3. DANE KONTAKTOWE WSKAZANE PRZEZ KANDYDATA</w:t>
            </w:r>
          </w:p>
        </w:tc>
      </w:tr>
      <w:tr>
        <w:trPr>
          <w:trHeight w:val="482" w:hRule="exact"/>
        </w:trPr>
        <w:tc>
          <w:tcPr>
            <w:tcW w:type="dxa" w:w="5017"/>
            <w:shd w:fill="FBF8F3"/>
            <w:tcMar>
              <w:top w:w="45" w:type="dxa"/>
              <w:start w:w="65" w:type="dxa"/>
              <w:bottom w:w="45" w:type="dxa"/>
              <w:end w:w="65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  <w:tc>
          <w:tcPr>
            <w:tcW w:type="dxa" w:w="5017"/>
            <w:shd w:fill="FBF8F3"/>
            <w:tcMar>
              <w:top w:w="45" w:type="dxa"/>
              <w:start w:w="65" w:type="dxa"/>
              <w:bottom w:w="45" w:type="dxa"/>
              <w:end w:w="65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before="120" w:after="60"/>
      </w:pPr>
      <w:r>
        <w:rPr>
          <w:rFonts w:ascii="Arial" w:hAnsi="Arial" w:eastAsia="Arial"/>
          <w:b/>
          <w:i w:val="0"/>
          <w:color w:val="C98A1A"/>
          <w:sz w:val="21"/>
        </w:rPr>
        <w:t xml:space="preserve">4. </w:t>
      </w:r>
      <w:r>
        <w:rPr>
          <w:rFonts w:ascii="Arial" w:hAnsi="Arial" w:eastAsia="Arial"/>
          <w:b/>
          <w:i w:val="0"/>
          <w:color w:val="0B2D4F"/>
          <w:sz w:val="21"/>
        </w:rPr>
        <w:t>Wykształcenie</w:t>
      </w: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NAZWA SZKOŁY I ROK JEJ UKOŃCZENIA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397" w:hRule="exact"/>
        </w:trPr>
        <w:tc>
          <w:tcPr>
            <w:tcW w:type="dxa" w:w="10261"/>
            <w:shd w:fill="FBF8F3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ZAWÓD / SPECJALNOŚĆ / STOPIEŃ NAUKOWY / TYTUŁ ZAWODOWY LUB NAUKOWY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397" w:hRule="exact"/>
        </w:trPr>
        <w:tc>
          <w:tcPr>
            <w:tcW w:type="dxa" w:w="10261"/>
            <w:shd w:fill="FBF8F3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before="120" w:after="60"/>
      </w:pPr>
      <w:r>
        <w:rPr>
          <w:rFonts w:ascii="Arial" w:hAnsi="Arial" w:eastAsia="Arial"/>
          <w:b/>
          <w:i w:val="0"/>
          <w:color w:val="C98A1A"/>
          <w:sz w:val="21"/>
        </w:rPr>
        <w:t xml:space="preserve">5. </w:t>
      </w:r>
      <w:r>
        <w:rPr>
          <w:rFonts w:ascii="Arial" w:hAnsi="Arial" w:eastAsia="Arial"/>
          <w:b/>
          <w:i w:val="0"/>
          <w:color w:val="0B2D4F"/>
          <w:sz w:val="21"/>
        </w:rPr>
        <w:t>Kwalifikacje zawodowe</w:t>
      </w: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KURSY, STUDIA PODYPLOMOWE LUB INNE FORMY UZUPEŁNIENIA WIEDZY I UMIEJĘTNOŚCI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595" w:hRule="exact"/>
        </w:trPr>
        <w:tc>
          <w:tcPr>
            <w:tcW w:type="dxa" w:w="10261"/>
            <w:shd w:fill="FBF8F3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before="120" w:after="60"/>
      </w:pPr>
      <w:r>
        <w:rPr>
          <w:rFonts w:ascii="Arial" w:hAnsi="Arial" w:eastAsia="Arial"/>
          <w:b/>
          <w:i w:val="0"/>
          <w:color w:val="C98A1A"/>
          <w:sz w:val="21"/>
        </w:rPr>
        <w:t xml:space="preserve">6. </w:t>
      </w:r>
      <w:r>
        <w:rPr>
          <w:rFonts w:ascii="Arial" w:hAnsi="Arial" w:eastAsia="Arial"/>
          <w:b/>
          <w:i w:val="0"/>
          <w:color w:val="0B2D4F"/>
          <w:sz w:val="21"/>
        </w:rPr>
        <w:t>Przebieg dotychczasowego zatrudnienia</w:t>
      </w:r>
    </w:p>
    <w:p>
      <w:pPr>
        <w:spacing w:after="80" w:line="252" w:lineRule="auto"/>
      </w:pPr>
      <w:r>
        <w:rPr>
          <w:rFonts w:ascii="Arial" w:hAnsi="Arial" w:eastAsia="Arial"/>
          <w:b w:val="0"/>
          <w:i w:val="0"/>
          <w:color w:val="24364B"/>
          <w:sz w:val="16"/>
        </w:rPr>
        <w:t>Nie podawaj informacji o wynagrodzeniu w obecnym ani w poprzednich stosunkach pracy.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4"/>
        <w:gridCol w:w="2594"/>
        <w:gridCol w:w="2594"/>
        <w:gridCol w:w="2594"/>
      </w:tblGrid>
      <w:tr>
        <w:trPr>
          <w:trHeight w:val="295" w:hRule="exact"/>
          <w:tblHeader w:val="true"/>
        </w:trPr>
        <w:tc>
          <w:tcPr>
            <w:tcW w:type="dxa" w:w="567"/>
            <w:shd w:fill="0B2D4F"/>
            <w:tcMar>
              <w:top w:w="35" w:type="dxa"/>
              <w:start w:w="30" w:type="dxa"/>
              <w:bottom w:w="35" w:type="dxa"/>
              <w:end w:w="3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LP.</w:t>
            </w:r>
          </w:p>
        </w:tc>
        <w:tc>
          <w:tcPr>
            <w:tcW w:type="dxa" w:w="2324"/>
            <w:shd w:fill="0B2D4F"/>
            <w:tcMar>
              <w:top w:w="35" w:type="dxa"/>
              <w:start w:w="30" w:type="dxa"/>
              <w:bottom w:w="35" w:type="dxa"/>
              <w:end w:w="3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OKRES ZATRUDNIENIA</w:t>
            </w:r>
          </w:p>
        </w:tc>
        <w:tc>
          <w:tcPr>
            <w:tcW w:type="dxa" w:w="4025"/>
            <w:shd w:fill="0B2D4F"/>
            <w:tcMar>
              <w:top w:w="35" w:type="dxa"/>
              <w:start w:w="30" w:type="dxa"/>
              <w:bottom w:w="35" w:type="dxa"/>
              <w:end w:w="3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NAZWA ZAKŁADU PRACY</w:t>
            </w:r>
          </w:p>
        </w:tc>
        <w:tc>
          <w:tcPr>
            <w:tcW w:type="dxa" w:w="3345"/>
            <w:shd w:fill="0B2D4F"/>
            <w:tcMar>
              <w:top w:w="35" w:type="dxa"/>
              <w:start w:w="30" w:type="dxa"/>
              <w:bottom w:w="35" w:type="dxa"/>
              <w:end w:w="3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STANOWISKO</w:t>
            </w:r>
          </w:p>
        </w:tc>
      </w:tr>
      <w:tr>
        <w:trPr>
          <w:trHeight w:val="351" w:hRule="exact"/>
        </w:trPr>
        <w:tc>
          <w:tcPr>
            <w:tcW w:type="dxa" w:w="567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232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4025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3345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</w:tr>
      <w:tr>
        <w:trPr>
          <w:trHeight w:val="351" w:hRule="exact"/>
        </w:trPr>
        <w:tc>
          <w:tcPr>
            <w:tcW w:type="dxa" w:w="567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232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4025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3345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</w:tr>
      <w:tr>
        <w:trPr>
          <w:trHeight w:val="351" w:hRule="exact"/>
        </w:trPr>
        <w:tc>
          <w:tcPr>
            <w:tcW w:type="dxa" w:w="567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232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4025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3345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</w:tr>
      <w:tr>
        <w:trPr>
          <w:trHeight w:val="351" w:hRule="exact"/>
        </w:trPr>
        <w:tc>
          <w:tcPr>
            <w:tcW w:type="dxa" w:w="567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232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4025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3345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</w:tr>
    </w:tbl>
    <w:p>
      <w:pPr>
        <w:spacing w:before="120" w:after="60"/>
      </w:pPr>
      <w:r>
        <w:rPr>
          <w:rFonts w:ascii="Arial" w:hAnsi="Arial" w:eastAsia="Arial"/>
          <w:b/>
          <w:i w:val="0"/>
          <w:color w:val="C98A1A"/>
          <w:sz w:val="21"/>
        </w:rPr>
        <w:t xml:space="preserve">7. </w:t>
      </w:r>
      <w:r>
        <w:rPr>
          <w:rFonts w:ascii="Arial" w:hAnsi="Arial" w:eastAsia="Arial"/>
          <w:b/>
          <w:i w:val="0"/>
          <w:color w:val="0B2D4F"/>
          <w:sz w:val="21"/>
        </w:rPr>
        <w:t>Dodatkowe dane osobowe</w:t>
      </w:r>
    </w:p>
    <w:p>
      <w:pPr>
        <w:spacing w:after="80" w:line="252" w:lineRule="auto"/>
      </w:pPr>
      <w:r>
        <w:rPr>
          <w:rFonts w:ascii="Arial" w:hAnsi="Arial" w:eastAsia="Arial"/>
          <w:b w:val="0"/>
          <w:i w:val="0"/>
          <w:color w:val="24364B"/>
          <w:sz w:val="16"/>
        </w:rPr>
        <w:t>Wypełnij wyłącznie wtedy, gdy prawo lub obowiązek podania danych wynika z przepisów szczególnych.</w:t>
      </w: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DODATKOWE DANE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510" w:hRule="exact"/>
        </w:trPr>
        <w:tc>
          <w:tcPr>
            <w:tcW w:type="dxa" w:w="10261"/>
            <w:shd w:fill="FBF8F3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rPr>
          <w:trHeight w:val="850" w:hRule="exact"/>
        </w:trPr>
        <w:tc>
          <w:tcPr>
            <w:tcW w:type="dxa" w:w="4932"/>
            <w:shd w:fill="FBF8F3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5" w:color="D8C5A5"/>
              <w:bottom w:val="single" w:sz="5" w:color="D8C5A5"/>
              <w:left w:val="single" w:sz="5" w:color="D8C5A5"/>
              <w:right w:val="single" w:sz="5" w:color="D8C5A5"/>
            </w:tcBorders>
          </w:tcPr>
          <w:p/>
        </w:tc>
        <w:tc>
          <w:tcPr>
            <w:tcW w:type="dxa" w:w="4932"/>
            <w:shd w:fill="FBF8F3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5" w:color="D8C5A5"/>
              <w:bottom w:val="single" w:sz="5" w:color="D8C5A5"/>
              <w:left w:val="single" w:sz="5" w:color="D8C5A5"/>
              <w:right w:val="single" w:sz="5" w:color="D8C5A5"/>
            </w:tcBorders>
          </w:tcPr>
          <w:p/>
        </w:tc>
      </w:tr>
      <w:tr>
        <w:tc>
          <w:tcPr>
            <w:tcW w:type="dxa" w:w="5188"/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miejscowość i data</w:t>
            </w:r>
          </w:p>
        </w:tc>
        <w:tc>
          <w:tcPr>
            <w:tcW w:type="dxa" w:w="5188"/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podpis osoby ubiegającej się o zatrudnienie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567" w:right="765" w:bottom="510" w:left="765" w:header="113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Arial" w:hAnsi="Arial" w:eastAsia="Arial"/>
        <w:b w:val="0"/>
        <w:i w:val="0"/>
        <w:color w:val="6B7785"/>
        <w:sz w:val="12"/>
      </w:rPr>
      <w:t>MB Biuro Usług Księgowych Monika Bender  •  m-bender.pl  •  ksiegowosc@m-bender.pl  •  531 405 500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drawing>
        <wp:inline xmlns:a="http://schemas.openxmlformats.org/drawingml/2006/main" xmlns:pic="http://schemas.openxmlformats.org/drawingml/2006/picture">
          <wp:extent cx="1908000" cy="468652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_mb_header_smal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8000" cy="468652"/>
                  </a:xfrm>
                  <a:prstGeom prst="rect"/>
                </pic:spPr>
              </pic:pic>
            </a:graphicData>
          </a:graphic>
        </wp:inline>
      </w:drawing>
    </w:r>
  </w:p>
  <w:p>
    <w:pPr>
      <w:spacing w:before="0" w:after="0"/>
      <w:pBdr>
        <w:bottom w:val="single" w:sz="8" w:space="1" w:color="C98A1A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color w:val="24364B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osoby ubiegającej się o zatrudnienie</dc:title>
  <dc:subject/>
  <dc:creator>MB Biuro Usług Księgowych Monika Bender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