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40"/>
        <w:jc w:val="center"/>
      </w:pPr>
      <w:r>
        <w:rPr>
          <w:rFonts w:ascii="Garamond" w:hAnsi="Garamond" w:eastAsia="Garamond"/>
          <w:b/>
          <w:i w:val="0"/>
          <w:color w:val="0B2D4F"/>
          <w:sz w:val="30"/>
        </w:rPr>
        <w:t>OŚWIADCZENIE O INNYCH TYTUŁACH DO UBEZPIECZEŃ SPOŁECZNYCH</w:t>
      </w:r>
    </w:p>
    <w:p>
      <w:pPr>
        <w:spacing w:after="14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formularz pomocniczy dla osoby wykonującej umowę cywilnoprawną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498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8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IMIĘ I NAZWISKO</w:t>
            </w:r>
          </w:p>
        </w:tc>
        <w:tc>
          <w:tcPr>
            <w:tcW w:type="dxa" w:w="498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PESEL</w:t>
            </w:r>
          </w:p>
        </w:tc>
      </w:tr>
      <w:tr>
        <w:trPr>
          <w:trHeight w:val="351" w:hRule="exact"/>
        </w:trPr>
        <w:tc>
          <w:tcPr>
            <w:tcW w:type="dxa" w:w="4989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4989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ADRES ZAMIESZKANIA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29" w:hRule="exact"/>
        </w:trPr>
        <w:tc>
          <w:tcPr>
            <w:tcW w:type="dxa" w:w="10261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PODMIOT / ZLECENIODAWCA, KTÓREMU SKŁADANE JEST OŚWIADCZENIE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29" w:hRule="exact"/>
        </w:trPr>
        <w:tc>
          <w:tcPr>
            <w:tcW w:type="dxa" w:w="10261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498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8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MIESIĄC / OKRES, KTÓREGO DOTYCZY OŚWIADCZENIE</w:t>
            </w:r>
          </w:p>
        </w:tc>
        <w:tc>
          <w:tcPr>
            <w:tcW w:type="dxa" w:w="498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DATA ZŁOŻENIA</w:t>
            </w:r>
          </w:p>
        </w:tc>
      </w:tr>
      <w:tr>
        <w:trPr>
          <w:trHeight w:val="351" w:hRule="exact"/>
        </w:trPr>
        <w:tc>
          <w:tcPr>
            <w:tcW w:type="dxa" w:w="4989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4989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I. </w:t>
      </w:r>
      <w:r>
        <w:rPr>
          <w:rFonts w:ascii="Arial" w:hAnsi="Arial" w:eastAsia="Arial"/>
          <w:b/>
          <w:i w:val="0"/>
          <w:color w:val="0B2D4F"/>
          <w:sz w:val="20"/>
        </w:rPr>
        <w:t>Inne tytuły do ubezpieczeń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Wskaż tytuły do ubezpieczeń społecznych istniejące poza umową zawartą z podmiotem, któremu składasz to oświadczenie.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4"/>
        <w:gridCol w:w="2594"/>
        <w:gridCol w:w="2594"/>
        <w:gridCol w:w="2594"/>
      </w:tblGrid>
      <w:tr>
        <w:tc>
          <w:tcPr>
            <w:tcW w:type="dxa" w:w="2948"/>
            <w:shd w:fill="0B2D4F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TYTUŁ DO UBEZPIECZEŃ</w:t>
            </w:r>
          </w:p>
        </w:tc>
        <w:tc>
          <w:tcPr>
            <w:tcW w:type="dxa" w:w="2948"/>
            <w:shd w:fill="0B2D4F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PŁATNIK / PODMIOT</w:t>
            </w:r>
          </w:p>
        </w:tc>
        <w:tc>
          <w:tcPr>
            <w:tcW w:type="dxa" w:w="1814"/>
            <w:shd w:fill="0B2D4F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OKRES</w:t>
            </w:r>
          </w:p>
        </w:tc>
        <w:tc>
          <w:tcPr>
            <w:tcW w:type="dxa" w:w="2494"/>
            <w:shd w:fill="0B2D4F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PODSTAWA W MIESIĄCU (ZŁ)</w:t>
            </w:r>
          </w:p>
        </w:tc>
      </w:tr>
      <w:tr>
        <w:trPr>
          <w:trHeight w:val="408" w:hRule="exact"/>
        </w:trPr>
        <w:tc>
          <w:tcPr>
            <w:tcW w:type="dxa" w:w="2948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2948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181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249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</w:tr>
      <w:tr>
        <w:trPr>
          <w:trHeight w:val="408" w:hRule="exact"/>
        </w:trPr>
        <w:tc>
          <w:tcPr>
            <w:tcW w:type="dxa" w:w="2948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2948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181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249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</w:tr>
      <w:tr>
        <w:trPr>
          <w:trHeight w:val="408" w:hRule="exact"/>
        </w:trPr>
        <w:tc>
          <w:tcPr>
            <w:tcW w:type="dxa" w:w="2948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2948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181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249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</w:tr>
      <w:tr>
        <w:trPr>
          <w:trHeight w:val="408" w:hRule="exact"/>
        </w:trPr>
        <w:tc>
          <w:tcPr>
            <w:tcW w:type="dxa" w:w="2948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2948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181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  <w:tc>
          <w:tcPr>
            <w:tcW w:type="dxa" w:w="249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/>
        </w:tc>
      </w:tr>
    </w:tbl>
    <w:p>
      <w:pPr>
        <w:spacing w:before="80" w:after="60"/>
      </w:pPr>
      <w:r>
        <w:rPr>
          <w:rFonts w:ascii="Arial" w:hAnsi="Arial" w:eastAsia="Arial"/>
          <w:b w:val="0"/>
          <w:i/>
          <w:color w:val="6B7785"/>
          <w:sz w:val="14"/>
        </w:rPr>
        <w:t>Przykładowe tytuły: umowa o pracę, inna umowa zlecenia / o świadczenie usług, działalność gospodarcza lub inny tytuł powodujący obowiązek ubezpieczeń.</w:t>
      </w: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II. </w:t>
      </w:r>
      <w:r>
        <w:rPr>
          <w:rFonts w:ascii="Arial" w:hAnsi="Arial" w:eastAsia="Arial"/>
          <w:b/>
          <w:i w:val="0"/>
          <w:color w:val="0B2D4F"/>
          <w:sz w:val="20"/>
        </w:rPr>
        <w:t>Informacje dodatkowe</w:t>
      </w:r>
    </w:p>
    <w:p>
      <w:pPr>
        <w:spacing w:after="40"/>
        <w:ind w:left="198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pozostaję w stosunku pracy u innego pracodawcy</w:t>
      </w:r>
    </w:p>
    <w:p>
      <w:pPr>
        <w:spacing w:after="40"/>
        <w:ind w:left="198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wykonuję inną umowę zlecenia / umowę o świadczenie usług</w:t>
      </w:r>
    </w:p>
    <w:p>
      <w:pPr>
        <w:spacing w:after="40"/>
        <w:ind w:left="198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prowadzę pozarolniczą działalność</w:t>
      </w:r>
    </w:p>
    <w:p>
      <w:pPr>
        <w:spacing w:after="40"/>
        <w:ind w:left="198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nie posiadam innych tytułów do obowiązkowych ubezpieczeń emerytalnego i rentowych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INNE INFORMACJE MAJĄCE ZNACZENIE DLA USTALENIA OBOWIĄZKU UBEZPIECZEŃ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510" w:hRule="exact"/>
        </w:trPr>
        <w:tc>
          <w:tcPr>
            <w:tcW w:type="dxa" w:w="10261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III. </w:t>
      </w:r>
      <w:r>
        <w:rPr>
          <w:rFonts w:ascii="Arial" w:hAnsi="Arial" w:eastAsia="Arial"/>
          <w:b/>
          <w:i w:val="0"/>
          <w:color w:val="0B2D4F"/>
          <w:sz w:val="20"/>
        </w:rPr>
        <w:t>Oświadczenie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Oświadczam, że podane dane są zgodne ze stanem faktycznym. Zobowiązuję się przekazać płatnikowi informację o zmianie okoliczności mających wpływ na podleganie ubezpieczeniom społecznym lub sposób rozliczania składek.</w:t>
      </w:r>
    </w:p>
    <w:p>
      <w:pPr>
        <w:spacing w:before="80" w:after="60"/>
      </w:pPr>
      <w:r>
        <w:rPr>
          <w:rFonts w:ascii="Arial" w:hAnsi="Arial" w:eastAsia="Arial"/>
          <w:b w:val="0"/>
          <w:i/>
          <w:color w:val="6B7785"/>
          <w:sz w:val="14"/>
        </w:rPr>
        <w:t>Podstawa prawna: w szczególności art. 9 ustawy z 13 października 1998 r. o systemie ubezpieczeń społecznych. Formularz pomocniczy - nie zastępuje formularzy ZUS.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765" w:hRule="exact"/>
        </w:trPr>
        <w:tc>
          <w:tcPr>
            <w:tcW w:type="dxa" w:w="4932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80" w:type="dxa"/>
              <w:bottom w:w="0" w:type="dxa"/>
              <w:end w:w="80" w:type="dxa"/>
            </w:tcMar>
          </w:tcPr>
          <w:p/>
        </w:tc>
        <w:tc>
          <w:tcPr>
            <w:tcW w:type="dxa" w:w="4932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80" w:type="dxa"/>
              <w:bottom w:w="0" w:type="dxa"/>
              <w:end w:w="80" w:type="dxa"/>
            </w:tcMar>
          </w:tcPr>
          <w:p/>
        </w:tc>
      </w:tr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miejscowość i data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podpis osoby składającej oświadczenie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595" w:right="765" w:bottom="595" w:left="765" w:header="113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908000" cy="46918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cri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000" cy="469180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color w:val="24364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innych tytułach do ubezpieczeń społecznych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