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40"/>
        <w:jc w:val="center"/>
      </w:pPr>
      <w:r>
        <w:rPr>
          <w:rFonts w:ascii="Georgia" w:hAnsi="Georgia" w:eastAsia="Georgia"/>
          <w:b/>
          <w:i w:val="0"/>
          <w:color w:val="0E3155"/>
          <w:sz w:val="33"/>
        </w:rPr>
        <w:t>SPIS Z NATURY</w:t>
      </w:r>
    </w:p>
    <w:p>
      <w:pPr>
        <w:spacing w:before="0" w:after="160"/>
        <w:jc w:val="center"/>
      </w:pPr>
      <w:r>
        <w:rPr>
          <w:rFonts w:ascii="Arial" w:hAnsi="Arial" w:eastAsia="Arial"/>
          <w:b w:val="0"/>
          <w:i w:val="0"/>
          <w:color w:val="708090"/>
          <w:sz w:val="16"/>
        </w:rPr>
        <w:t>arkusz inwentaryzacyjny dla jednoosobowej działalności gospodarczej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6"/>
        <w:gridCol w:w="5386"/>
      </w:tblGrid>
      <w:tr>
        <w:trPr>
          <w:trHeight w:val="595" w:hRule="exact"/>
          <w:cantSplit/>
        </w:trPr>
        <w:tc>
          <w:tcPr>
            <w:tcW w:type="dxa" w:w="5386"/>
            <w:vAlign w:val="center"/>
            <w:tcMar>
              <w:top w:w="70" w:type="dxa"/>
              <w:start w:w="100" w:type="dxa"/>
              <w:bottom w:w="50" w:type="dxa"/>
              <w:end w:w="100" w:type="dxa"/>
            </w:tcMar>
            <w:shd w:fill="FCFBF8"/>
            <w:tcBorders>
              <w:top w:val="single" w:sz="4" w:color="E5D0A5"/>
              <w:bottom w:val="single" w:sz="4" w:color="E5D0A5"/>
              <w:left w:val="single" w:sz="4" w:color="E5D0A5"/>
              <w:right w:val="single" w:sz="4" w:color="E5D0A5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78514"/>
                <w:sz w:val="14"/>
              </w:rPr>
              <w:t>DANE PRZEDSIĘBIORCY</w:t>
            </w:r>
          </w:p>
          <w:p>
            <w:pPr>
              <w:spacing w:before="0" w:after="0"/>
              <w:pBdr>
                <w:bottom w:val="single" w:sz="3" w:space="1" w:color="C8CDD2"/>
              </w:pBdr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6"/>
              </w:rPr>
              <w:t xml:space="preserve"> </w:t>
            </w:r>
          </w:p>
        </w:tc>
        <w:tc>
          <w:tcPr>
            <w:tcW w:type="dxa" w:w="5386"/>
            <w:vAlign w:val="center"/>
            <w:tcMar>
              <w:top w:w="70" w:type="dxa"/>
              <w:start w:w="100" w:type="dxa"/>
              <w:bottom w:w="50" w:type="dxa"/>
              <w:end w:w="100" w:type="dxa"/>
            </w:tcMar>
            <w:shd w:fill="FFFFFF"/>
            <w:tcBorders>
              <w:top w:val="single" w:sz="4" w:color="E5D0A5"/>
              <w:bottom w:val="single" w:sz="4" w:color="E5D0A5"/>
              <w:left w:val="single" w:sz="4" w:color="E5D0A5"/>
              <w:right w:val="single" w:sz="4" w:color="E5D0A5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78514"/>
                <w:sz w:val="14"/>
              </w:rPr>
              <w:t>NIP</w:t>
            </w:r>
          </w:p>
          <w:p>
            <w:pPr>
              <w:spacing w:before="0" w:after="0"/>
              <w:pBdr>
                <w:bottom w:val="single" w:sz="3" w:space="1" w:color="C8CDD2"/>
              </w:pBdr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6"/>
              </w:rPr>
              <w:t xml:space="preserve"> </w:t>
            </w:r>
          </w:p>
        </w:tc>
      </w:tr>
      <w:tr>
        <w:trPr>
          <w:trHeight w:val="595" w:hRule="exact"/>
          <w:cantSplit/>
        </w:trPr>
        <w:tc>
          <w:tcPr>
            <w:tcW w:type="dxa" w:w="5386"/>
            <w:vAlign w:val="center"/>
            <w:tcMar>
              <w:top w:w="70" w:type="dxa"/>
              <w:start w:w="100" w:type="dxa"/>
              <w:bottom w:w="50" w:type="dxa"/>
              <w:end w:w="100" w:type="dxa"/>
            </w:tcMar>
            <w:shd w:fill="FFFFFF"/>
            <w:tcBorders>
              <w:top w:val="single" w:sz="4" w:color="E5D0A5"/>
              <w:bottom w:val="single" w:sz="4" w:color="E5D0A5"/>
              <w:left w:val="single" w:sz="4" w:color="E5D0A5"/>
              <w:right w:val="single" w:sz="4" w:color="E5D0A5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78514"/>
                <w:sz w:val="14"/>
              </w:rPr>
              <w:t>DATA SPORZĄDZENIA SPISU</w:t>
            </w:r>
          </w:p>
          <w:p>
            <w:pPr>
              <w:spacing w:before="0" w:after="0"/>
              <w:pBdr>
                <w:bottom w:val="single" w:sz="3" w:space="1" w:color="C8CDD2"/>
              </w:pBdr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6"/>
              </w:rPr>
              <w:t xml:space="preserve"> </w:t>
            </w:r>
          </w:p>
        </w:tc>
        <w:tc>
          <w:tcPr>
            <w:tcW w:type="dxa" w:w="5386"/>
            <w:vAlign w:val="center"/>
            <w:tcMar>
              <w:top w:w="70" w:type="dxa"/>
              <w:start w:w="100" w:type="dxa"/>
              <w:bottom w:w="50" w:type="dxa"/>
              <w:end w:w="100" w:type="dxa"/>
            </w:tcMar>
            <w:shd w:fill="FCFBF8"/>
            <w:tcBorders>
              <w:top w:val="single" w:sz="4" w:color="E5D0A5"/>
              <w:bottom w:val="single" w:sz="4" w:color="E5D0A5"/>
              <w:left w:val="single" w:sz="4" w:color="E5D0A5"/>
              <w:right w:val="single" w:sz="4" w:color="E5D0A5"/>
            </w:tcBorders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78514"/>
                <w:sz w:val="14"/>
              </w:rPr>
              <w:t>NR ARKUSZA</w:t>
            </w:r>
          </w:p>
          <w:p>
            <w:pPr>
              <w:spacing w:before="0" w:after="0"/>
              <w:pBdr>
                <w:bottom w:val="single" w:sz="3" w:space="1" w:color="C8CDD2"/>
              </w:pBdr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6"/>
              </w:rPr>
              <w:t xml:space="preserve"> </w:t>
            </w:r>
          </w:p>
        </w:tc>
      </w:tr>
    </w:tbl>
    <w:p>
      <w:pPr>
        <w:spacing w:before="140" w:after="60"/>
      </w:pPr>
      <w:r>
        <w:rPr>
          <w:rFonts w:ascii="Arial" w:hAnsi="Arial" w:eastAsia="Arial"/>
          <w:b/>
          <w:i w:val="0"/>
          <w:color w:val="C78514"/>
          <w:sz w:val="15"/>
        </w:rPr>
        <w:t>POZYCJE SPISU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2"/>
        <w:gridCol w:w="3543"/>
        <w:gridCol w:w="709"/>
        <w:gridCol w:w="935"/>
        <w:gridCol w:w="1502"/>
        <w:gridCol w:w="1559"/>
        <w:gridCol w:w="2041"/>
      </w:tblGrid>
      <w:tr>
        <w:trPr>
          <w:trHeight w:val="386" w:hRule="exact"/>
          <w:tblHeader w:val="true"/>
        </w:trPr>
        <w:tc>
          <w:tcPr>
            <w:tcW w:type="dxa" w:w="482"/>
            <w:vAlign w:val="center"/>
            <w:shd w:fill="0E3155"/>
            <w:tcMar>
              <w:top w:w="25" w:type="dxa"/>
              <w:start w:w="35" w:type="dxa"/>
              <w:bottom w:w="25" w:type="dxa"/>
              <w:end w:w="35" w:type="dxa"/>
            </w:tcMar>
            <w:tcBorders>
              <w:top w:val="single" w:sz="5" w:color="0E3155"/>
              <w:bottom w:val="single" w:sz="5" w:color="0E3155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LP.</w:t>
            </w:r>
          </w:p>
        </w:tc>
        <w:tc>
          <w:tcPr>
            <w:tcW w:type="dxa" w:w="3543"/>
            <w:vAlign w:val="center"/>
            <w:shd w:fill="0E3155"/>
            <w:tcMar>
              <w:top w:w="25" w:type="dxa"/>
              <w:start w:w="35" w:type="dxa"/>
              <w:bottom w:w="25" w:type="dxa"/>
              <w:end w:w="35" w:type="dxa"/>
            </w:tcMar>
            <w:tcBorders>
              <w:top w:val="single" w:sz="5" w:color="0E3155"/>
              <w:bottom w:val="single" w:sz="5" w:color="0E3155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SZCZEGÓŁOWE OKREŚLENIE SKŁADNIKA</w:t>
            </w:r>
          </w:p>
        </w:tc>
        <w:tc>
          <w:tcPr>
            <w:tcW w:type="dxa" w:w="709"/>
            <w:vAlign w:val="center"/>
            <w:shd w:fill="0E3155"/>
            <w:tcMar>
              <w:top w:w="25" w:type="dxa"/>
              <w:start w:w="35" w:type="dxa"/>
              <w:bottom w:w="25" w:type="dxa"/>
              <w:end w:w="35" w:type="dxa"/>
            </w:tcMar>
            <w:tcBorders>
              <w:top w:val="single" w:sz="5" w:color="0E3155"/>
              <w:bottom w:val="single" w:sz="5" w:color="0E3155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J.M.</w:t>
            </w:r>
          </w:p>
        </w:tc>
        <w:tc>
          <w:tcPr>
            <w:tcW w:type="dxa" w:w="935"/>
            <w:vAlign w:val="center"/>
            <w:shd w:fill="0E3155"/>
            <w:tcMar>
              <w:top w:w="25" w:type="dxa"/>
              <w:start w:w="35" w:type="dxa"/>
              <w:bottom w:w="25" w:type="dxa"/>
              <w:end w:w="35" w:type="dxa"/>
            </w:tcMar>
            <w:tcBorders>
              <w:top w:val="single" w:sz="5" w:color="0E3155"/>
              <w:bottom w:val="single" w:sz="5" w:color="0E3155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ILOŚĆ</w:t>
            </w:r>
          </w:p>
        </w:tc>
        <w:tc>
          <w:tcPr>
            <w:tcW w:type="dxa" w:w="1502"/>
            <w:vAlign w:val="center"/>
            <w:shd w:fill="0E3155"/>
            <w:tcMar>
              <w:top w:w="25" w:type="dxa"/>
              <w:start w:w="35" w:type="dxa"/>
              <w:bottom w:w="25" w:type="dxa"/>
              <w:end w:w="35" w:type="dxa"/>
            </w:tcMar>
            <w:tcBorders>
              <w:top w:val="single" w:sz="5" w:color="0E3155"/>
              <w:bottom w:val="single" w:sz="5" w:color="0E3155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CENA JEDN. (ZŁ)</w:t>
            </w:r>
          </w:p>
        </w:tc>
        <w:tc>
          <w:tcPr>
            <w:tcW w:type="dxa" w:w="1559"/>
            <w:vAlign w:val="center"/>
            <w:shd w:fill="0E3155"/>
            <w:tcMar>
              <w:top w:w="25" w:type="dxa"/>
              <w:start w:w="35" w:type="dxa"/>
              <w:bottom w:w="25" w:type="dxa"/>
              <w:end w:w="35" w:type="dxa"/>
            </w:tcMar>
            <w:tcBorders>
              <w:top w:val="single" w:sz="5" w:color="0E3155"/>
              <w:bottom w:val="single" w:sz="5" w:color="0E3155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WARTOŚĆ (ZŁ)</w:t>
            </w:r>
          </w:p>
        </w:tc>
        <w:tc>
          <w:tcPr>
            <w:tcW w:type="dxa" w:w="2041"/>
            <w:vAlign w:val="center"/>
            <w:shd w:fill="0E3155"/>
            <w:tcMar>
              <w:top w:w="25" w:type="dxa"/>
              <w:start w:w="35" w:type="dxa"/>
              <w:bottom w:w="25" w:type="dxa"/>
              <w:end w:w="35" w:type="dxa"/>
            </w:tcMar>
            <w:tcBorders>
              <w:top w:val="single" w:sz="5" w:color="0E3155"/>
              <w:bottom w:val="single" w:sz="5" w:color="0E3155"/>
              <w:left w:val="single" w:sz="3" w:color="FFFFFF"/>
              <w:right w:val="single" w:sz="3" w:color="FFFFFF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UWAGI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  <w:tr>
        <w:trPr>
          <w:trHeight w:val="374" w:hRule="exact"/>
          <w:cantSplit/>
        </w:trPr>
        <w:tc>
          <w:tcPr>
            <w:tcW w:type="dxa" w:w="48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3543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70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935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02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1559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  <w:tc>
          <w:tcPr>
            <w:tcW w:type="dxa" w:w="2041"/>
            <w:vAlign w:val="center"/>
            <w:tcMar>
              <w:top w:w="15" w:type="dxa"/>
              <w:start w:w="35" w:type="dxa"/>
              <w:bottom w:w="15" w:type="dxa"/>
              <w:end w:w="35" w:type="dxa"/>
            </w:tcMar>
            <w:shd w:fill="FDFBF8"/>
            <w:tcBorders>
              <w:top w:val="single" w:sz="3" w:color="D9D1C6"/>
              <w:bottom w:val="single" w:sz="3" w:color="D9D1C6"/>
              <w:left w:val="single" w:sz="3" w:color="D9D1C6"/>
              <w:right w:val="single" w:sz="3" w:color="D9D1C6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4"/>
              </w:rPr>
              <w:t xml:space="preserve"> </w:t>
            </w:r>
          </w:p>
        </w:tc>
      </w:tr>
    </w:tbl>
    <w:p>
      <w:pPr>
        <w:spacing w:before="140" w:after="60"/>
      </w:pPr>
      <w:r>
        <w:rPr>
          <w:rFonts w:ascii="Arial" w:hAnsi="Arial" w:eastAsia="Arial"/>
          <w:b/>
          <w:i w:val="0"/>
          <w:color w:val="C78514"/>
          <w:sz w:val="15"/>
        </w:rPr>
        <w:t>PODSUMOWANIE</w:t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386"/>
        <w:gridCol w:w="5386"/>
      </w:tblGrid>
      <w:tr>
        <w:trPr>
          <w:trHeight w:val="386" w:hRule="exact"/>
        </w:trPr>
        <w:tc>
          <w:tcPr>
            <w:tcW w:type="dxa" w:w="7257"/>
            <w:tcMar>
              <w:top w:w="25" w:type="dxa"/>
              <w:start w:w="70" w:type="dxa"/>
              <w:bottom w:w="25" w:type="dxa"/>
              <w:end w:w="70" w:type="dxa"/>
            </w:tcMar>
            <w:tcBorders>
              <w:top w:val="single" w:sz="4" w:color="E5D0A5"/>
              <w:bottom w:val="single" w:sz="4" w:color="E5D0A5"/>
              <w:left w:val="single" w:sz="4" w:color="E5D0A5"/>
              <w:right w:val="single" w:sz="4" w:color="E5D0A5"/>
            </w:tcBorders>
            <w:shd w:fill="F8F4ED"/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/>
                <w:i w:val="0"/>
                <w:color w:val="0E3155"/>
                <w:sz w:val="14"/>
              </w:rPr>
              <w:t>ŁĄCZNA WARTOŚĆ SPISU Z NATURY</w:t>
            </w:r>
          </w:p>
        </w:tc>
        <w:tc>
          <w:tcPr>
            <w:tcW w:type="dxa" w:w="3515"/>
            <w:tcMar>
              <w:top w:w="25" w:type="dxa"/>
              <w:start w:w="70" w:type="dxa"/>
              <w:bottom w:w="25" w:type="dxa"/>
              <w:end w:w="70" w:type="dxa"/>
            </w:tcMar>
            <w:tcBorders>
              <w:top w:val="single" w:sz="4" w:color="E5D0A5"/>
              <w:bottom w:val="single" w:sz="4" w:color="E5D0A5"/>
              <w:left w:val="single" w:sz="4" w:color="E5D0A5"/>
              <w:right w:val="single" w:sz="4" w:color="E5D0A5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6"/>
              </w:rPr>
              <w:t xml:space="preserve"> </w:t>
            </w:r>
          </w:p>
        </w:tc>
      </w:tr>
      <w:tr>
        <w:trPr>
          <w:trHeight w:val="386" w:hRule="exact"/>
        </w:trPr>
        <w:tc>
          <w:tcPr>
            <w:tcW w:type="dxa" w:w="7257"/>
            <w:tcMar>
              <w:top w:w="25" w:type="dxa"/>
              <w:start w:w="70" w:type="dxa"/>
              <w:bottom w:w="25" w:type="dxa"/>
              <w:end w:w="70" w:type="dxa"/>
            </w:tcMar>
            <w:tcBorders>
              <w:top w:val="single" w:sz="4" w:color="E5D0A5"/>
              <w:bottom w:val="single" w:sz="4" w:color="E5D0A5"/>
              <w:left w:val="single" w:sz="4" w:color="E5D0A5"/>
              <w:right w:val="single" w:sz="4" w:color="E5D0A5"/>
            </w:tcBorders>
            <w:shd w:fill="F8F4ED"/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/>
                <w:i w:val="0"/>
                <w:color w:val="0E3155"/>
                <w:sz w:val="14"/>
              </w:rPr>
              <w:t>SPIS ZAKOŃCZONO NA POZYCJI</w:t>
            </w:r>
          </w:p>
        </w:tc>
        <w:tc>
          <w:tcPr>
            <w:tcW w:type="dxa" w:w="3515"/>
            <w:tcMar>
              <w:top w:w="25" w:type="dxa"/>
              <w:start w:w="70" w:type="dxa"/>
              <w:bottom w:w="25" w:type="dxa"/>
              <w:end w:w="70" w:type="dxa"/>
            </w:tcMar>
            <w:tcBorders>
              <w:top w:val="single" w:sz="4" w:color="E5D0A5"/>
              <w:bottom w:val="single" w:sz="4" w:color="E5D0A5"/>
              <w:left w:val="single" w:sz="4" w:color="E5D0A5"/>
              <w:right w:val="single" w:sz="4" w:color="E5D0A5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75B"/>
                <w:sz w:val="16"/>
              </w:rPr>
              <w:t xml:space="preserve"> </w:t>
            </w:r>
          </w:p>
        </w:tc>
      </w:tr>
    </w:tbl>
    <w:p>
      <w:pPr>
        <w:spacing w:before="140" w:after="60"/>
      </w:pPr>
      <w:r>
        <w:rPr>
          <w:rFonts w:ascii="Arial" w:hAnsi="Arial" w:eastAsia="Arial"/>
          <w:b/>
          <w:i w:val="0"/>
          <w:color w:val="C78514"/>
          <w:sz w:val="15"/>
        </w:rPr>
        <w:t>PODPISY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6"/>
        <w:gridCol w:w="5386"/>
      </w:tblGrid>
      <w:tr>
        <w:trPr>
          <w:trHeight w:val="1587" w:hRule="exact"/>
        </w:trPr>
        <w:tc>
          <w:tcPr>
            <w:tcW w:type="dxa" w:w="6803"/>
            <w:tcMar>
              <w:top w:w="100" w:type="dxa"/>
              <w:start w:w="120" w:type="dxa"/>
              <w:bottom w:w="70" w:type="dxa"/>
              <w:end w:w="120" w:type="dxa"/>
            </w:tcMar>
            <w:tcBorders>
              <w:bottom w:val="single" w:sz="5" w:color="E4CFAD"/>
              <w:top w:val="single" w:sz="5" w:color="E4CFAD"/>
              <w:left w:val="single" w:sz="5" w:color="E4CFAD"/>
              <w:right w:val="single" w:sz="5" w:color="E4CFAD"/>
            </w:tcBorders>
            <w:vAlign w:val="top"/>
            <w:shd w:fill="FBF7EF"/>
          </w:tcPr>
          <w:p>
            <w:pPr>
              <w:spacing w:after="100"/>
            </w:pPr>
            <w:r/>
            <w:r>
              <w:rPr>
                <w:rFonts w:ascii="Arial" w:hAnsi="Arial" w:eastAsia="Arial"/>
                <w:b/>
                <w:color w:val="C57A00"/>
                <w:sz w:val="15"/>
              </w:rPr>
              <w:t>OSOBA SPORZĄDZAJĄCA SPIS</w:t>
            </w:r>
          </w:p>
          <w:p>
            <w:pPr>
              <w:spacing w:after="120"/>
            </w:pPr>
            <w:r>
              <w:rPr>
                <w:rFonts w:ascii="Arial" w:hAnsi="Arial" w:eastAsia="Arial"/>
                <w:b w:val="0"/>
                <w:color w:val="123A5F"/>
                <w:sz w:val="15"/>
              </w:rPr>
              <w:t xml:space="preserve">Imię i nazwisko:  </w:t>
            </w:r>
            <w:r>
              <w:rPr>
                <w:rFonts w:ascii="Arial" w:hAnsi="Arial" w:eastAsia="Arial"/>
                <w:b w:val="0"/>
                <w:color w:val="718096"/>
                <w:sz w:val="15"/>
              </w:rPr>
              <w:t>________________________________</w:t>
            </w:r>
          </w:p>
          <w:p>
            <w:pPr>
              <w:spacing w:before="540" w:after="0"/>
              <w:jc w:val="center"/>
            </w:pPr>
            <w:r>
              <w:rPr>
                <w:rFonts w:ascii="Arial" w:hAnsi="Arial" w:eastAsia="Arial"/>
                <w:b w:val="0"/>
                <w:color w:val="718096"/>
                <w:sz w:val="16"/>
              </w:rPr>
              <w:t>________________________________________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color w:val="718096"/>
                <w:sz w:val="13"/>
              </w:rPr>
              <w:t>podpis</w:t>
            </w:r>
          </w:p>
        </w:tc>
        <w:tc>
          <w:tcPr>
            <w:tcW w:type="dxa" w:w="3969"/>
            <w:tcMar>
              <w:top w:w="100" w:type="dxa"/>
              <w:start w:w="120" w:type="dxa"/>
              <w:bottom w:w="70" w:type="dxa"/>
              <w:end w:w="120" w:type="dxa"/>
            </w:tcMar>
            <w:tcBorders>
              <w:bottom w:val="single" w:sz="5" w:color="E4CFAD"/>
              <w:top w:val="single" w:sz="5" w:color="E4CFAD"/>
              <w:left w:val="single" w:sz="5" w:color="E4CFAD"/>
              <w:right w:val="single" w:sz="5" w:color="E4CFAD"/>
            </w:tcBorders>
            <w:vAlign w:val="top"/>
            <w:shd w:fill="FBF7EF"/>
          </w:tcPr>
          <w:p>
            <w:pPr>
              <w:spacing w:after="100"/>
            </w:pPr>
            <w:r/>
            <w:r>
              <w:rPr>
                <w:rFonts w:ascii="Arial" w:hAnsi="Arial" w:eastAsia="Arial"/>
                <w:b/>
                <w:color w:val="C57A00"/>
                <w:sz w:val="15"/>
              </w:rPr>
              <w:t>WŁAŚCICIEL / OSOBA ZATWIERDZAJĄCA</w:t>
            </w:r>
          </w:p>
          <w:p>
            <w:pPr>
              <w:spacing w:after="120"/>
            </w:pPr>
            <w:r>
              <w:rPr>
                <w:rFonts w:ascii="Arial" w:hAnsi="Arial" w:eastAsia="Arial"/>
                <w:b w:val="0"/>
                <w:color w:val="123A5F"/>
                <w:sz w:val="15"/>
              </w:rPr>
              <w:t xml:space="preserve">Imię i nazwisko:  </w:t>
            </w:r>
            <w:r>
              <w:rPr>
                <w:rFonts w:ascii="Arial" w:hAnsi="Arial" w:eastAsia="Arial"/>
                <w:b w:val="0"/>
                <w:color w:val="718096"/>
                <w:sz w:val="15"/>
              </w:rPr>
              <w:t>________________________________</w:t>
            </w:r>
          </w:p>
          <w:p>
            <w:pPr>
              <w:spacing w:before="540" w:after="0"/>
              <w:jc w:val="center"/>
            </w:pPr>
            <w:r>
              <w:rPr>
                <w:rFonts w:ascii="Arial" w:hAnsi="Arial" w:eastAsia="Arial"/>
                <w:b w:val="0"/>
                <w:color w:val="718096"/>
                <w:sz w:val="16"/>
              </w:rPr>
              <w:t>________________________________________</w:t>
            </w:r>
          </w:p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 w:val="0"/>
                <w:color w:val="718096"/>
                <w:sz w:val="13"/>
              </w:rPr>
              <w:t>podpis</w:t>
            </w:r>
          </w:p>
        </w:tc>
      </w:tr>
    </w:tbl>
    <w:p>
      <w:pPr>
        <w:spacing w:before="100" w:after="0"/>
      </w:pPr>
      <w:r>
        <w:rPr>
          <w:rFonts w:ascii="Arial" w:hAnsi="Arial"/>
          <w:color w:val="718096"/>
          <w:sz w:val="14"/>
        </w:rPr>
        <w:t>Arkusz można powielać. Numerację pozycji należy prowadzić kolejno na wszystkich arkuszach spisu.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510" w:right="567" w:bottom="482" w:left="567" w:header="198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708090"/>
        <w:sz w:val="13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drawing>
        <wp:inline xmlns:a="http://schemas.openxmlformats.org/drawingml/2006/main" xmlns:pic="http://schemas.openxmlformats.org/drawingml/2006/picture">
          <wp:extent cx="2160000" cy="5311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cle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0000" cy="531148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before="0" w:after="0"/>
      <w:pBdr>
        <w:bottom w:val="single" w:sz="7" w:space="1" w:color="C78514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z natury</dc:title>
  <dc:subject>Wzór dokumentu - MB Biuro Usług Księgowych</dc:subject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