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" w:after="120"/>
        <w:jc w:val="center"/>
      </w:pPr>
      <w:r>
        <w:rPr>
          <w:rFonts w:ascii="Garamond" w:hAnsi="Garamond" w:eastAsia="Garamond"/>
          <w:b/>
          <w:i w:val="0"/>
          <w:color w:val="0B2D4F"/>
          <w:sz w:val="31"/>
        </w:rPr>
        <w:t>WNIOSEK O URLOP WYPOCZYNKOWY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4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3"/>
              </w:rPr>
              <w:t>IMIĘ I NAZWISKO PRACOWNIKA</w:t>
            </w:r>
          </w:p>
        </w:tc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4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3"/>
              </w:rPr>
              <w:t>DATA ZŁOŻENIA WNIOSKU</w:t>
            </w:r>
          </w:p>
        </w:tc>
      </w:tr>
      <w:tr>
        <w:trPr>
          <w:trHeight w:val="351" w:hRule="exact"/>
        </w:trPr>
        <w:tc>
          <w:tcPr>
            <w:tcW w:type="dxa" w:w="5188"/>
            <w:shd w:fill="FBF8F3"/>
            <w:tcMar>
              <w:top w:w="45" w:type="dxa"/>
              <w:start w:w="60" w:type="dxa"/>
              <w:bottom w:w="45" w:type="dxa"/>
              <w:end w:w="6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  <w:tc>
          <w:tcPr>
            <w:tcW w:type="dxa" w:w="5188"/>
            <w:shd w:fill="FBF8F3"/>
            <w:tcMar>
              <w:top w:w="45" w:type="dxa"/>
              <w:start w:w="60" w:type="dxa"/>
              <w:bottom w:w="45" w:type="dxa"/>
              <w:end w:w="6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0"/>
      </w:pPr>
      <w:r>
        <w:rPr>
          <w:rFonts w:ascii="Arial" w:hAnsi="Arial" w:eastAsia="Arial"/>
          <w:b/>
          <w:i w:val="0"/>
          <w:color w:val="C98A1A"/>
          <w:sz w:val="13"/>
        </w:rPr>
        <w:t>PRACODAWCA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6"/>
      </w:tblGrid>
      <w:tr>
        <w:trPr>
          <w:trHeight w:val="329" w:hRule="exact"/>
        </w:trPr>
        <w:tc>
          <w:tcPr>
            <w:tcW w:type="dxa" w:w="10376"/>
            <w:shd w:fill="FBF8F3"/>
            <w:tcMar>
              <w:top w:w="45" w:type="dxa"/>
              <w:start w:w="60" w:type="dxa"/>
              <w:bottom w:w="45" w:type="dxa"/>
              <w:end w:w="6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0"/>
      </w:pPr>
      <w:r>
        <w:rPr>
          <w:rFonts w:ascii="Arial" w:hAnsi="Arial" w:eastAsia="Arial"/>
          <w:b/>
          <w:i w:val="0"/>
          <w:color w:val="C98A1A"/>
          <w:sz w:val="13"/>
        </w:rPr>
        <w:t>STANOWISKO / DZIAŁ (OPCJONALNIE)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6"/>
      </w:tblGrid>
      <w:tr>
        <w:trPr>
          <w:trHeight w:val="329" w:hRule="exact"/>
        </w:trPr>
        <w:tc>
          <w:tcPr>
            <w:tcW w:type="dxa" w:w="10376"/>
            <w:shd w:fill="FBF8F3"/>
            <w:tcMar>
              <w:top w:w="45" w:type="dxa"/>
              <w:start w:w="60" w:type="dxa"/>
              <w:bottom w:w="45" w:type="dxa"/>
              <w:end w:w="6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0B2D4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WNIOSEK PRACOWNIKA</w:t>
            </w:r>
          </w:p>
        </w:tc>
      </w:tr>
    </w:tbl>
    <w:p>
      <w:pPr>
        <w:spacing w:after="0"/>
      </w:pPr>
    </w:p>
    <w:p>
      <w:pPr>
        <w:spacing w:after="60" w:line="247" w:lineRule="auto"/>
      </w:pPr>
      <w:r>
        <w:rPr>
          <w:rFonts w:ascii="Arial" w:hAnsi="Arial" w:eastAsia="Arial"/>
          <w:b w:val="0"/>
          <w:i w:val="0"/>
          <w:color w:val="24364B"/>
          <w:sz w:val="17"/>
        </w:rPr>
        <w:t>Wnoszę o udzielenie mi urlopu wypoczynkowego w następującym terminie: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4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3"/>
              </w:rPr>
              <w:t>OD DNIA (DD/MM/RRRR)</w:t>
            </w:r>
          </w:p>
        </w:tc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4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3"/>
              </w:rPr>
              <w:t>DO DNIA (DD/MM/RRRR)</w:t>
            </w:r>
          </w:p>
        </w:tc>
      </w:tr>
      <w:tr>
        <w:trPr>
          <w:trHeight w:val="408" w:hRule="exact"/>
        </w:trPr>
        <w:tc>
          <w:tcPr>
            <w:tcW w:type="dxa" w:w="5188"/>
            <w:shd w:fill="FBF8F3"/>
            <w:tcMar>
              <w:top w:w="45" w:type="dxa"/>
              <w:start w:w="60" w:type="dxa"/>
              <w:bottom w:w="45" w:type="dxa"/>
              <w:end w:w="6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  <w:tc>
          <w:tcPr>
            <w:tcW w:type="dxa" w:w="5188"/>
            <w:shd w:fill="FBF8F3"/>
            <w:tcMar>
              <w:top w:w="45" w:type="dxa"/>
              <w:start w:w="60" w:type="dxa"/>
              <w:bottom w:w="45" w:type="dxa"/>
              <w:end w:w="6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4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3"/>
              </w:rPr>
              <w:t>LICZBA DNI PRACY OBJĘTYCH URLOPEM</w:t>
            </w:r>
          </w:p>
        </w:tc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  <w:tcMar>
              <w:top w:w="0" w:type="dxa"/>
              <w:start w:w="0" w:type="dxa"/>
              <w:bottom w:w="0" w:type="dxa"/>
              <w:end w:w="4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C98A1A"/>
                <w:sz w:val="13"/>
              </w:rPr>
              <w:t>LICZBA GODZIN URLOPU</w:t>
            </w:r>
          </w:p>
        </w:tc>
      </w:tr>
      <w:tr>
        <w:trPr>
          <w:trHeight w:val="408" w:hRule="exact"/>
        </w:trPr>
        <w:tc>
          <w:tcPr>
            <w:tcW w:type="dxa" w:w="5188"/>
            <w:shd w:fill="FBF8F3"/>
            <w:tcMar>
              <w:top w:w="45" w:type="dxa"/>
              <w:start w:w="60" w:type="dxa"/>
              <w:bottom w:w="45" w:type="dxa"/>
              <w:end w:w="6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  <w:tc>
          <w:tcPr>
            <w:tcW w:type="dxa" w:w="5188"/>
            <w:shd w:fill="FBF8F3"/>
            <w:tcMar>
              <w:top w:w="45" w:type="dxa"/>
              <w:start w:w="60" w:type="dxa"/>
              <w:bottom w:w="45" w:type="dxa"/>
              <w:end w:w="6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60" w:line="247" w:lineRule="auto"/>
      </w:pPr>
      <w:r>
        <w:rPr>
          <w:rFonts w:ascii="Arial" w:hAnsi="Arial" w:eastAsia="Arial"/>
          <w:b w:val="0"/>
          <w:i/>
          <w:color w:val="24364B"/>
          <w:sz w:val="14"/>
        </w:rPr>
        <w:t>Urlop jest udzielany w dni, które są dla pracownika dniami pracy zgodnie z obowiązującym go rozkładem czasu pracy, w wymiarze godzinowym odpowiadającym dobowemu wymiarowi czasu pracy w danym dniu.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rPr>
          <w:trHeight w:val="709" w:hRule="exact"/>
        </w:trPr>
        <w:tc>
          <w:tcPr>
            <w:tcW w:type="dxa" w:w="5188"/>
            <w:tcBorders>
              <w:top w:val="nil" w:sz="0" w:color="FFFFFF"/>
              <w:bottom w:val="single" w:sz="7" w:color="C98A1A"/>
              <w:left w:val="nil" w:sz="0" w:color="FFFFFF"/>
              <w:right w:val="nil" w:sz="0" w:color="FFFFFF"/>
            </w:tcBorders>
            <w:tcMar>
              <w:top w:w="0" w:type="dxa"/>
              <w:start w:w="70" w:type="dxa"/>
              <w:bottom w:w="0" w:type="dxa"/>
              <w:end w:w="70" w:type="dxa"/>
            </w:tcMar>
          </w:tcPr>
          <w:p/>
        </w:tc>
        <w:tc>
          <w:tcPr>
            <w:tcW w:type="dxa" w:w="5188"/>
            <w:tcBorders>
              <w:top w:val="nil" w:sz="0" w:color="FFFFFF"/>
              <w:bottom w:val="single" w:sz="7" w:color="C98A1A"/>
              <w:left w:val="nil" w:sz="0" w:color="FFFFFF"/>
              <w:right w:val="nil" w:sz="0" w:color="FFFFFF"/>
            </w:tcBorders>
            <w:tcMar>
              <w:top w:w="0" w:type="dxa"/>
              <w:start w:w="70" w:type="dxa"/>
              <w:bottom w:w="0" w:type="dxa"/>
              <w:end w:w="70" w:type="dxa"/>
            </w:tcMar>
          </w:tcPr>
          <w:p/>
        </w:tc>
      </w:tr>
      <w:tr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miejscowość i data</w:t>
            </w:r>
          </w:p>
        </w:tc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podpis pracownika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376"/>
            <w:shd w:fill="0B2D4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DECYZJA PRACODAWCY</w:t>
            </w:r>
          </w:p>
        </w:tc>
      </w:tr>
    </w:tbl>
    <w:p>
      <w:pPr>
        <w:spacing w:after="0"/>
      </w:pPr>
    </w:p>
    <w:p>
      <w:pPr>
        <w:spacing w:after="100"/>
      </w:pPr>
      <w:r>
        <w:rPr>
          <w:rFonts w:ascii="Arial" w:hAnsi="Arial" w:eastAsia="Arial"/>
          <w:b/>
          <w:i w:val="0"/>
          <w:color w:val="0B2D4F"/>
          <w:sz w:val="17"/>
        </w:rPr>
        <w:t>☐  UDZIELAM URLOPU W TERMINIE WSKAZANYM WE WNIOSKU</w:t>
      </w:r>
    </w:p>
    <w:p>
      <w:pPr>
        <w:spacing w:after="100"/>
      </w:pPr>
      <w:r>
        <w:rPr>
          <w:rFonts w:ascii="Arial" w:hAnsi="Arial" w:eastAsia="Arial"/>
          <w:b/>
          <w:i w:val="0"/>
          <w:color w:val="0B2D4F"/>
          <w:sz w:val="17"/>
        </w:rPr>
        <w:t>☐  NIE UDZIELAM URLOPU W TERMINIE WSKAZANYM WE WNIOSKU</w:t>
      </w:r>
    </w:p>
    <w:p>
      <w:pPr>
        <w:spacing w:after="0"/>
      </w:pPr>
      <w:r>
        <w:rPr>
          <w:rFonts w:ascii="Arial" w:hAnsi="Arial" w:eastAsia="Arial"/>
          <w:b/>
          <w:i w:val="0"/>
          <w:color w:val="C98A1A"/>
          <w:sz w:val="13"/>
        </w:rPr>
        <w:t>UWAGI / UZGODNIONY INNY TERMIN (OPCJONALNIE)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6"/>
      </w:tblGrid>
      <w:tr>
        <w:trPr>
          <w:trHeight w:val="567" w:hRule="exact"/>
        </w:trPr>
        <w:tc>
          <w:tcPr>
            <w:tcW w:type="dxa" w:w="10376"/>
            <w:shd w:fill="FBF8F3"/>
            <w:tcMar>
              <w:top w:w="45" w:type="dxa"/>
              <w:start w:w="60" w:type="dxa"/>
              <w:bottom w:w="45" w:type="dxa"/>
              <w:end w:w="6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rPr>
          <w:trHeight w:val="765" w:hRule="exact"/>
        </w:trPr>
        <w:tc>
          <w:tcPr>
            <w:tcW w:type="dxa" w:w="5188"/>
            <w:tcBorders>
              <w:top w:val="nil" w:sz="0" w:color="FFFFFF"/>
              <w:bottom w:val="single" w:sz="7" w:color="C98A1A"/>
              <w:left w:val="nil" w:sz="0" w:color="FFFFFF"/>
              <w:right w:val="nil" w:sz="0" w:color="FFFFFF"/>
            </w:tcBorders>
            <w:tcMar>
              <w:top w:w="0" w:type="dxa"/>
              <w:start w:w="70" w:type="dxa"/>
              <w:bottom w:w="0" w:type="dxa"/>
              <w:end w:w="70" w:type="dxa"/>
            </w:tcMar>
          </w:tcPr>
          <w:p/>
        </w:tc>
        <w:tc>
          <w:tcPr>
            <w:tcW w:type="dxa" w:w="5188"/>
            <w:tcBorders>
              <w:top w:val="nil" w:sz="0" w:color="FFFFFF"/>
              <w:bottom w:val="single" w:sz="7" w:color="C98A1A"/>
              <w:left w:val="nil" w:sz="0" w:color="FFFFFF"/>
              <w:right w:val="nil" w:sz="0" w:color="FFFFFF"/>
            </w:tcBorders>
            <w:tcMar>
              <w:top w:w="0" w:type="dxa"/>
              <w:start w:w="70" w:type="dxa"/>
              <w:bottom w:w="0" w:type="dxa"/>
              <w:end w:w="70" w:type="dxa"/>
            </w:tcMar>
          </w:tcPr>
          <w:p/>
        </w:tc>
      </w:tr>
      <w:tr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data decyzji</w:t>
            </w:r>
          </w:p>
        </w:tc>
        <w:tc>
          <w:tcPr>
            <w:tcW w:type="dxa" w:w="5188"/>
            <w:tcBorders>
              <w:top w:val="nil" w:sz="0" w:color="FFFFFF"/>
              <w:bottom w:val="nil" w:sz="0" w:color="FFFFFF"/>
              <w:left w:val="nil" w:sz="0" w:color="FFFFFF"/>
              <w:right w:val="nil" w:sz="0" w:color="FFFFFF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3"/>
              </w:rPr>
              <w:t>podpis pracodawcy / osoby upoważnionej</w:t>
            </w:r>
          </w:p>
        </w:tc>
      </w:tr>
    </w:tbl>
    <w:p>
      <w:pPr>
        <w:spacing w:after="20" w:line="247" w:lineRule="auto"/>
      </w:pPr>
      <w:r>
        <w:rPr>
          <w:rFonts w:ascii="Arial" w:hAnsi="Arial" w:eastAsia="Arial"/>
          <w:b w:val="0"/>
          <w:i/>
          <w:color w:val="24364B"/>
          <w:sz w:val="13"/>
        </w:rPr>
        <w:t>Wzór pomocniczy. Dokumenty związane z ubieganiem się i korzystaniem z urlopu wypoczynkowego pracodawca przechowuje w dokumentacji pracowniczej. Podstawa: art. 154², art. 161 i art. 163 Kodeksu pracy oraz przepisy o dokumentacji pracowniczej.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567" w:right="765" w:bottom="567" w:left="765" w:header="113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6B7785"/>
        <w:sz w:val="12"/>
      </w:rPr>
      <w:t>MB Biuro Usług Księgowych Monika Bender  •  m-bender.pl  •  ksiegowosc@m-bender.pl  •  531 405 500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inline xmlns:a="http://schemas.openxmlformats.org/drawingml/2006/main" xmlns:pic="http://schemas.openxmlformats.org/drawingml/2006/picture">
          <wp:extent cx="1872000" cy="46032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mb_header_cris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2000" cy="460328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after="0"/>
      <w:pBdr>
        <w:bottom w:val="single" w:sz="8" w:space="1" w:color="C98A1A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rial" w:hAnsi="Arial"/>
      <w:color w:val="24364B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urlop wypoczynkowy</dc:title>
  <dc:subject/>
  <dc:creator>MB Biuro Usług Księgowych Monika Bender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